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60253" w14:textId="77777777" w:rsidR="009D208B" w:rsidRDefault="009D208B" w:rsidP="009D208B">
      <w:pPr>
        <w:pStyle w:val="Ttulo1"/>
        <w:spacing w:before="0" w:line="360" w:lineRule="auto"/>
        <w:jc w:val="center"/>
        <w:rPr>
          <w:rFonts w:ascii="Times New Roman" w:hAnsi="Times New Roman" w:cs="Times New Roman"/>
          <w:color w:val="auto"/>
          <w:lang w:val="pt-BR"/>
        </w:rPr>
      </w:pPr>
      <w:r w:rsidRPr="0042578B">
        <w:rPr>
          <w:rFonts w:ascii="Times New Roman" w:hAnsi="Times New Roman" w:cs="Times New Roman"/>
          <w:color w:val="auto"/>
          <w:lang w:val="pt-BR"/>
        </w:rPr>
        <w:t>ANEXO I – FORMULÁRIO DE INSCRIÇÃO</w:t>
      </w:r>
    </w:p>
    <w:p w14:paraId="2DD3DDA1" w14:textId="77777777" w:rsidR="009D208B" w:rsidRPr="0042578B" w:rsidRDefault="009D208B" w:rsidP="009D208B">
      <w:pPr>
        <w:pStyle w:val="Ttulo1"/>
        <w:spacing w:before="0" w:line="360" w:lineRule="auto"/>
        <w:jc w:val="center"/>
        <w:rPr>
          <w:rFonts w:ascii="Times New Roman" w:hAnsi="Times New Roman" w:cs="Times New Roman"/>
          <w:color w:val="auto"/>
          <w:lang w:val="pt-BR"/>
        </w:rPr>
      </w:pPr>
      <w:r w:rsidRPr="0042578B">
        <w:rPr>
          <w:rFonts w:ascii="Times New Roman" w:hAnsi="Times New Roman" w:cs="Times New Roman"/>
          <w:color w:val="auto"/>
          <w:lang w:val="pt-BR"/>
        </w:rPr>
        <w:t>Programa GradPG – PPGCTA/UFSM</w:t>
      </w:r>
    </w:p>
    <w:p w14:paraId="33EA3B29" w14:textId="77777777" w:rsidR="009D208B" w:rsidRDefault="009D208B" w:rsidP="009D208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</w:p>
    <w:p w14:paraId="3BEC6D49" w14:textId="38C29A90" w:rsidR="009D208B" w:rsidRDefault="009D208B" w:rsidP="009D208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42578B">
        <w:rPr>
          <w:rFonts w:ascii="Times New Roman" w:hAnsi="Times New Roman" w:cs="Times New Roman"/>
          <w:lang w:val="pt-BR"/>
        </w:rPr>
        <w:t>Preencha todas as informações abaixo de forma legível e completa. Este formulário, devidamente assinado</w:t>
      </w:r>
      <w:r w:rsidR="00371FEE">
        <w:rPr>
          <w:rFonts w:ascii="Times New Roman" w:hAnsi="Times New Roman" w:cs="Times New Roman"/>
          <w:lang w:val="pt-BR"/>
        </w:rPr>
        <w:t xml:space="preserve"> (GOV.BR)</w:t>
      </w:r>
      <w:r w:rsidRPr="0042578B">
        <w:rPr>
          <w:rFonts w:ascii="Times New Roman" w:hAnsi="Times New Roman" w:cs="Times New Roman"/>
          <w:lang w:val="pt-BR"/>
        </w:rPr>
        <w:t xml:space="preserve">, deverá ser enviado juntamente com os documentos comprobatórios </w:t>
      </w:r>
      <w:r>
        <w:rPr>
          <w:rFonts w:ascii="Times New Roman" w:hAnsi="Times New Roman" w:cs="Times New Roman"/>
          <w:lang w:val="pt-BR"/>
        </w:rPr>
        <w:t>na mesma sequência apresentada</w:t>
      </w:r>
      <w:r w:rsidRPr="0042578B">
        <w:rPr>
          <w:rFonts w:ascii="Times New Roman" w:hAnsi="Times New Roman" w:cs="Times New Roman"/>
          <w:lang w:val="pt-BR"/>
        </w:rPr>
        <w:t>.</w:t>
      </w:r>
    </w:p>
    <w:p w14:paraId="782957BE" w14:textId="77777777" w:rsidR="009D208B" w:rsidRPr="0042578B" w:rsidRDefault="009D208B" w:rsidP="009D208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</w:p>
    <w:p w14:paraId="65180623" w14:textId="4EF5700E" w:rsidR="009D208B" w:rsidRPr="0042578B" w:rsidRDefault="009D208B" w:rsidP="009D208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42578B">
        <w:rPr>
          <w:rFonts w:ascii="Times New Roman" w:hAnsi="Times New Roman" w:cs="Times New Roman"/>
          <w:lang w:val="pt-BR"/>
        </w:rPr>
        <w:t>1. Nome completo: _________________________</w:t>
      </w:r>
      <w:r w:rsidR="003D55DD">
        <w:rPr>
          <w:rFonts w:ascii="Times New Roman" w:hAnsi="Times New Roman" w:cs="Times New Roman"/>
          <w:lang w:val="pt-BR"/>
        </w:rPr>
        <w:t>_____________</w:t>
      </w:r>
    </w:p>
    <w:p w14:paraId="65B05F21" w14:textId="0800A82F" w:rsidR="009D208B" w:rsidRPr="0042578B" w:rsidRDefault="009D208B" w:rsidP="009D208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42578B">
        <w:rPr>
          <w:rFonts w:ascii="Times New Roman" w:hAnsi="Times New Roman" w:cs="Times New Roman"/>
          <w:lang w:val="pt-BR"/>
        </w:rPr>
        <w:t>2. Matrícula: _______________________________</w:t>
      </w:r>
    </w:p>
    <w:p w14:paraId="3A3E5CD7" w14:textId="2B5F489E" w:rsidR="009D208B" w:rsidRPr="0042578B" w:rsidRDefault="009D208B" w:rsidP="009D208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42578B">
        <w:rPr>
          <w:rFonts w:ascii="Times New Roman" w:hAnsi="Times New Roman" w:cs="Times New Roman"/>
          <w:lang w:val="pt-BR"/>
        </w:rPr>
        <w:t>3. Curso de Graduação: _________________</w:t>
      </w:r>
      <w:r w:rsidR="003D55DD">
        <w:rPr>
          <w:rFonts w:ascii="Times New Roman" w:hAnsi="Times New Roman" w:cs="Times New Roman"/>
          <w:lang w:val="pt-BR"/>
        </w:rPr>
        <w:t>_________________</w:t>
      </w:r>
    </w:p>
    <w:p w14:paraId="057C7482" w14:textId="7DEE6BB9" w:rsidR="009D208B" w:rsidRPr="0042578B" w:rsidRDefault="009D208B" w:rsidP="009D208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42578B">
        <w:rPr>
          <w:rFonts w:ascii="Times New Roman" w:hAnsi="Times New Roman" w:cs="Times New Roman"/>
          <w:lang w:val="pt-BR"/>
        </w:rPr>
        <w:t>4. Semestre atual: _____________________</w:t>
      </w:r>
    </w:p>
    <w:p w14:paraId="128E4EE2" w14:textId="0C4C627D" w:rsidR="009D208B" w:rsidRPr="0042578B" w:rsidRDefault="009D208B" w:rsidP="009D208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42578B">
        <w:rPr>
          <w:rFonts w:ascii="Times New Roman" w:hAnsi="Times New Roman" w:cs="Times New Roman"/>
          <w:lang w:val="pt-BR"/>
        </w:rPr>
        <w:t xml:space="preserve">5. Percentual de créditos </w:t>
      </w:r>
      <w:r w:rsidR="003845FA">
        <w:rPr>
          <w:rFonts w:ascii="Times New Roman" w:hAnsi="Times New Roman" w:cs="Times New Roman"/>
          <w:lang w:val="pt-BR"/>
        </w:rPr>
        <w:t xml:space="preserve">obrigatórios </w:t>
      </w:r>
      <w:r w:rsidRPr="0042578B">
        <w:rPr>
          <w:rFonts w:ascii="Times New Roman" w:hAnsi="Times New Roman" w:cs="Times New Roman"/>
          <w:lang w:val="pt-BR"/>
        </w:rPr>
        <w:t>concluídos: ________________</w:t>
      </w:r>
      <w:r w:rsidR="003D55DD">
        <w:rPr>
          <w:rFonts w:ascii="Times New Roman" w:hAnsi="Times New Roman" w:cs="Times New Roman"/>
          <w:lang w:val="pt-BR"/>
        </w:rPr>
        <w:t>_</w:t>
      </w:r>
    </w:p>
    <w:p w14:paraId="7874FBA8" w14:textId="27513D38" w:rsidR="009D208B" w:rsidRPr="0042578B" w:rsidRDefault="009D208B" w:rsidP="009D208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42578B">
        <w:rPr>
          <w:rFonts w:ascii="Times New Roman" w:hAnsi="Times New Roman" w:cs="Times New Roman"/>
          <w:lang w:val="pt-BR"/>
        </w:rPr>
        <w:t>6. Média g</w:t>
      </w:r>
      <w:r w:rsidR="003D55DD">
        <w:rPr>
          <w:rFonts w:ascii="Times New Roman" w:hAnsi="Times New Roman" w:cs="Times New Roman"/>
          <w:lang w:val="pt-BR"/>
        </w:rPr>
        <w:t>eral acumulada</w:t>
      </w:r>
      <w:r w:rsidRPr="0042578B">
        <w:rPr>
          <w:rFonts w:ascii="Times New Roman" w:hAnsi="Times New Roman" w:cs="Times New Roman"/>
          <w:lang w:val="pt-BR"/>
        </w:rPr>
        <w:t>: ____________________</w:t>
      </w:r>
    </w:p>
    <w:p w14:paraId="3AE747C7" w14:textId="5077C867" w:rsidR="009D208B" w:rsidRPr="0042578B" w:rsidRDefault="009D208B" w:rsidP="009D208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42578B">
        <w:rPr>
          <w:rFonts w:ascii="Times New Roman" w:hAnsi="Times New Roman" w:cs="Times New Roman"/>
          <w:lang w:val="pt-BR"/>
        </w:rPr>
        <w:t>7. E-mail institucional: ____________________________</w:t>
      </w:r>
    </w:p>
    <w:p w14:paraId="55B97EEC" w14:textId="0BDABB64" w:rsidR="009D208B" w:rsidRPr="0042578B" w:rsidRDefault="009D208B" w:rsidP="009D208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42578B">
        <w:rPr>
          <w:rFonts w:ascii="Times New Roman" w:hAnsi="Times New Roman" w:cs="Times New Roman"/>
          <w:lang w:val="pt-BR"/>
        </w:rPr>
        <w:t>8. Telefone/WhatsApp: __________</w:t>
      </w:r>
      <w:r w:rsidR="003D55DD">
        <w:rPr>
          <w:rFonts w:ascii="Times New Roman" w:hAnsi="Times New Roman" w:cs="Times New Roman"/>
          <w:lang w:val="pt-BR"/>
        </w:rPr>
        <w:t>_________________</w:t>
      </w:r>
      <w:r w:rsidRPr="0042578B">
        <w:rPr>
          <w:rFonts w:ascii="Times New Roman" w:hAnsi="Times New Roman" w:cs="Times New Roman"/>
          <w:lang w:val="pt-BR"/>
        </w:rPr>
        <w:t>_</w:t>
      </w:r>
    </w:p>
    <w:p w14:paraId="48471793" w14:textId="17C4E7C2" w:rsidR="009D208B" w:rsidRPr="0042578B" w:rsidRDefault="009D208B" w:rsidP="009D208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42578B">
        <w:rPr>
          <w:rFonts w:ascii="Times New Roman" w:hAnsi="Times New Roman" w:cs="Times New Roman"/>
          <w:lang w:val="pt-BR"/>
        </w:rPr>
        <w:t xml:space="preserve">9. Laboratório/Grupo de Pesquisa ao qual </w:t>
      </w:r>
      <w:r>
        <w:rPr>
          <w:rFonts w:ascii="Times New Roman" w:hAnsi="Times New Roman" w:cs="Times New Roman"/>
          <w:lang w:val="pt-BR"/>
        </w:rPr>
        <w:t>foi/</w:t>
      </w:r>
      <w:r w:rsidRPr="0042578B">
        <w:rPr>
          <w:rFonts w:ascii="Times New Roman" w:hAnsi="Times New Roman" w:cs="Times New Roman"/>
          <w:lang w:val="pt-BR"/>
        </w:rPr>
        <w:t>está vinculado(a): _____</w:t>
      </w:r>
      <w:r w:rsidR="003D55DD">
        <w:rPr>
          <w:rFonts w:ascii="Times New Roman" w:hAnsi="Times New Roman" w:cs="Times New Roman"/>
          <w:lang w:val="pt-BR"/>
        </w:rPr>
        <w:t>__________________</w:t>
      </w:r>
      <w:r w:rsidRPr="0042578B">
        <w:rPr>
          <w:rFonts w:ascii="Times New Roman" w:hAnsi="Times New Roman" w:cs="Times New Roman"/>
          <w:lang w:val="pt-BR"/>
        </w:rPr>
        <w:t>_</w:t>
      </w:r>
    </w:p>
    <w:p w14:paraId="6A603532" w14:textId="5298A228" w:rsidR="009D208B" w:rsidRPr="0042578B" w:rsidRDefault="009D208B" w:rsidP="009D208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42578B">
        <w:rPr>
          <w:rFonts w:ascii="Times New Roman" w:hAnsi="Times New Roman" w:cs="Times New Roman"/>
          <w:lang w:val="pt-BR"/>
        </w:rPr>
        <w:t>10. Orientador(a) no grupo/laboratório: __________________</w:t>
      </w:r>
      <w:r w:rsidR="003D55DD">
        <w:rPr>
          <w:rFonts w:ascii="Times New Roman" w:hAnsi="Times New Roman" w:cs="Times New Roman"/>
          <w:lang w:val="pt-BR"/>
        </w:rPr>
        <w:t>____________</w:t>
      </w:r>
      <w:r w:rsidRPr="0042578B">
        <w:rPr>
          <w:rFonts w:ascii="Times New Roman" w:hAnsi="Times New Roman" w:cs="Times New Roman"/>
          <w:lang w:val="pt-BR"/>
        </w:rPr>
        <w:t>_</w:t>
      </w:r>
    </w:p>
    <w:p w14:paraId="07E5B45B" w14:textId="238EAF53" w:rsidR="009D208B" w:rsidRPr="0042578B" w:rsidRDefault="009D208B" w:rsidP="009D208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42578B">
        <w:rPr>
          <w:rFonts w:ascii="Times New Roman" w:hAnsi="Times New Roman" w:cs="Times New Roman"/>
          <w:lang w:val="pt-BR"/>
        </w:rPr>
        <w:t>11. Bolsa de Iniciação Científica (programa, vigência): ________</w:t>
      </w:r>
      <w:r w:rsidR="003D55DD">
        <w:rPr>
          <w:rFonts w:ascii="Times New Roman" w:hAnsi="Times New Roman" w:cs="Times New Roman"/>
          <w:lang w:val="pt-BR"/>
        </w:rPr>
        <w:t>___________________</w:t>
      </w:r>
    </w:p>
    <w:p w14:paraId="1244BDD6" w14:textId="77777777" w:rsidR="009D208B" w:rsidRDefault="009D208B" w:rsidP="009D208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42578B">
        <w:rPr>
          <w:rFonts w:ascii="Times New Roman" w:hAnsi="Times New Roman" w:cs="Times New Roman"/>
          <w:lang w:val="pt-BR"/>
        </w:rPr>
        <w:t>12. Produção científica (informar pelo menos uma publicação – anexar comprovante):</w:t>
      </w:r>
    </w:p>
    <w:p w14:paraId="723365C0" w14:textId="1BD2C513" w:rsidR="009D208B" w:rsidRPr="0042578B" w:rsidRDefault="009D208B" w:rsidP="009D208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42578B">
        <w:rPr>
          <w:rFonts w:ascii="Times New Roman" w:hAnsi="Times New Roman" w:cs="Times New Roman"/>
          <w:lang w:val="pt-BR"/>
        </w:rPr>
        <w:t xml:space="preserve">     __________________________________________</w:t>
      </w:r>
      <w:r w:rsidR="003D55DD">
        <w:rPr>
          <w:rFonts w:ascii="Times New Roman" w:hAnsi="Times New Roman" w:cs="Times New Roman"/>
          <w:lang w:val="pt-BR"/>
        </w:rPr>
        <w:t>____________________</w:t>
      </w:r>
    </w:p>
    <w:p w14:paraId="38D35AA1" w14:textId="77777777" w:rsidR="009D208B" w:rsidRDefault="009D208B" w:rsidP="009D208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42578B">
        <w:rPr>
          <w:rFonts w:ascii="Times New Roman" w:hAnsi="Times New Roman" w:cs="Times New Roman"/>
          <w:lang w:val="pt-BR"/>
        </w:rPr>
        <w:t xml:space="preserve">13. </w:t>
      </w:r>
      <w:r>
        <w:rPr>
          <w:rFonts w:ascii="Times New Roman" w:hAnsi="Times New Roman" w:cs="Times New Roman"/>
          <w:lang w:val="pt-BR"/>
        </w:rPr>
        <w:t>Proficiência em inglês:</w:t>
      </w:r>
    </w:p>
    <w:p w14:paraId="1F48B146" w14:textId="05134156" w:rsidR="009D208B" w:rsidRPr="0042578B" w:rsidRDefault="009D208B" w:rsidP="009D208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42578B">
        <w:rPr>
          <w:rFonts w:ascii="Times New Roman" w:hAnsi="Times New Roman" w:cs="Times New Roman"/>
          <w:lang w:val="pt-BR"/>
        </w:rPr>
        <w:t xml:space="preserve">     ________________________________</w:t>
      </w:r>
      <w:r w:rsidR="003D55DD">
        <w:rPr>
          <w:rFonts w:ascii="Times New Roman" w:hAnsi="Times New Roman" w:cs="Times New Roman"/>
          <w:lang w:val="pt-BR"/>
        </w:rPr>
        <w:t>______________</w:t>
      </w:r>
      <w:r w:rsidRPr="0042578B">
        <w:rPr>
          <w:rFonts w:ascii="Times New Roman" w:hAnsi="Times New Roman" w:cs="Times New Roman"/>
          <w:lang w:val="pt-BR"/>
        </w:rPr>
        <w:t>________________</w:t>
      </w:r>
    </w:p>
    <w:p w14:paraId="6B75532D" w14:textId="77777777" w:rsidR="003D55DD" w:rsidRDefault="003D55DD" w:rsidP="009D208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</w:p>
    <w:p w14:paraId="42C59BA7" w14:textId="59534B1C" w:rsidR="009D208B" w:rsidRPr="0042578B" w:rsidRDefault="009D208B" w:rsidP="009D208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42578B">
        <w:rPr>
          <w:rFonts w:ascii="Times New Roman" w:hAnsi="Times New Roman" w:cs="Times New Roman"/>
          <w:lang w:val="pt-BR"/>
        </w:rPr>
        <w:t>Declaro que as informações prestadas são verdadeiras e estou ciente das normas do edital.</w:t>
      </w:r>
    </w:p>
    <w:p w14:paraId="31F12B9D" w14:textId="77777777" w:rsidR="009D208B" w:rsidRDefault="009D208B" w:rsidP="009D208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</w:p>
    <w:p w14:paraId="3B399AEB" w14:textId="77777777" w:rsidR="003D55DD" w:rsidRDefault="003D55DD" w:rsidP="009D208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</w:p>
    <w:p w14:paraId="31F651A1" w14:textId="010DA2A3" w:rsidR="009D208B" w:rsidRDefault="009D208B" w:rsidP="003D55DD">
      <w:pPr>
        <w:spacing w:after="0" w:line="240" w:lineRule="auto"/>
        <w:jc w:val="right"/>
        <w:rPr>
          <w:rFonts w:ascii="Times New Roman" w:hAnsi="Times New Roman" w:cs="Times New Roman"/>
          <w:lang w:val="pt-BR"/>
        </w:rPr>
      </w:pPr>
      <w:r w:rsidRPr="0042578B">
        <w:rPr>
          <w:rFonts w:ascii="Times New Roman" w:hAnsi="Times New Roman" w:cs="Times New Roman"/>
          <w:lang w:val="pt-BR"/>
        </w:rPr>
        <w:t>______________________</w:t>
      </w:r>
      <w:r w:rsidR="003D55DD">
        <w:rPr>
          <w:rFonts w:ascii="Times New Roman" w:hAnsi="Times New Roman" w:cs="Times New Roman"/>
          <w:lang w:val="pt-BR"/>
        </w:rPr>
        <w:t>___</w:t>
      </w:r>
      <w:r w:rsidRPr="0042578B">
        <w:rPr>
          <w:rFonts w:ascii="Times New Roman" w:hAnsi="Times New Roman" w:cs="Times New Roman"/>
          <w:lang w:val="pt-BR"/>
        </w:rPr>
        <w:t>____________</w:t>
      </w:r>
    </w:p>
    <w:p w14:paraId="4418A840" w14:textId="7663D27A" w:rsidR="003D55DD" w:rsidRPr="0042578B" w:rsidRDefault="003D55DD" w:rsidP="003D55DD">
      <w:pPr>
        <w:spacing w:after="0" w:line="240" w:lineRule="auto"/>
        <w:jc w:val="right"/>
        <w:rPr>
          <w:rFonts w:ascii="Times New Roman" w:hAnsi="Times New Roman" w:cs="Times New Roman"/>
          <w:lang w:val="pt-BR"/>
        </w:rPr>
      </w:pPr>
      <w:r w:rsidRPr="0042578B">
        <w:rPr>
          <w:rFonts w:ascii="Times New Roman" w:hAnsi="Times New Roman" w:cs="Times New Roman"/>
          <w:lang w:val="pt-BR"/>
        </w:rPr>
        <w:t>Local e data</w:t>
      </w:r>
    </w:p>
    <w:p w14:paraId="51A66E98" w14:textId="77777777" w:rsidR="009D208B" w:rsidRDefault="009D208B" w:rsidP="009D208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</w:p>
    <w:p w14:paraId="074F83AE" w14:textId="77777777" w:rsidR="003D55DD" w:rsidRDefault="003D55DD" w:rsidP="009D208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</w:p>
    <w:p w14:paraId="3C297DC7" w14:textId="77777777" w:rsidR="003D55DD" w:rsidRDefault="003D55DD" w:rsidP="009D208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</w:p>
    <w:p w14:paraId="702A48B1" w14:textId="77777777" w:rsidR="003D55DD" w:rsidRDefault="003D55DD" w:rsidP="009D208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</w:p>
    <w:p w14:paraId="1E583E80" w14:textId="512CB0C3" w:rsidR="003D55DD" w:rsidRDefault="009D208B" w:rsidP="003D55DD">
      <w:pPr>
        <w:spacing w:after="0" w:line="240" w:lineRule="auto"/>
        <w:jc w:val="center"/>
        <w:rPr>
          <w:rFonts w:ascii="Times New Roman" w:hAnsi="Times New Roman" w:cs="Times New Roman"/>
          <w:lang w:val="pt-BR"/>
        </w:rPr>
      </w:pPr>
      <w:r w:rsidRPr="0042578B">
        <w:rPr>
          <w:rFonts w:ascii="Times New Roman" w:hAnsi="Times New Roman" w:cs="Times New Roman"/>
          <w:lang w:val="pt-BR"/>
        </w:rPr>
        <w:t>__________________</w:t>
      </w:r>
      <w:r w:rsidR="003D55DD">
        <w:rPr>
          <w:rFonts w:ascii="Times New Roman" w:hAnsi="Times New Roman" w:cs="Times New Roman"/>
          <w:lang w:val="pt-BR"/>
        </w:rPr>
        <w:t>__________________________________</w:t>
      </w:r>
      <w:r w:rsidRPr="0042578B">
        <w:rPr>
          <w:rFonts w:ascii="Times New Roman" w:hAnsi="Times New Roman" w:cs="Times New Roman"/>
          <w:lang w:val="pt-BR"/>
        </w:rPr>
        <w:t>__</w:t>
      </w:r>
      <w:r w:rsidR="003D55DD">
        <w:rPr>
          <w:rFonts w:ascii="Times New Roman" w:hAnsi="Times New Roman" w:cs="Times New Roman"/>
          <w:lang w:val="pt-BR"/>
        </w:rPr>
        <w:br/>
      </w:r>
      <w:r w:rsidR="003D55DD" w:rsidRPr="0042578B">
        <w:rPr>
          <w:rFonts w:ascii="Times New Roman" w:hAnsi="Times New Roman" w:cs="Times New Roman"/>
          <w:lang w:val="pt-BR"/>
        </w:rPr>
        <w:t>Assinatura do(a) candidato(a)</w:t>
      </w:r>
      <w:r w:rsidR="003D55DD">
        <w:rPr>
          <w:rFonts w:ascii="Times New Roman" w:hAnsi="Times New Roman" w:cs="Times New Roman"/>
          <w:lang w:val="pt-BR"/>
        </w:rPr>
        <w:t xml:space="preserve"> – GOV.BR</w:t>
      </w:r>
    </w:p>
    <w:sectPr w:rsidR="003D55DD" w:rsidSect="00686D26">
      <w:pgSz w:w="11909" w:h="16834" w:code="9"/>
      <w:pgMar w:top="1008" w:right="720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7C64845"/>
    <w:multiLevelType w:val="hybridMultilevel"/>
    <w:tmpl w:val="DA72CAEC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34762B"/>
    <w:multiLevelType w:val="multilevel"/>
    <w:tmpl w:val="3968A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DB38BB"/>
    <w:multiLevelType w:val="hybridMultilevel"/>
    <w:tmpl w:val="17E611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84584A"/>
    <w:multiLevelType w:val="multilevel"/>
    <w:tmpl w:val="A9A6E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2911"/>
    <w:rsid w:val="00012414"/>
    <w:rsid w:val="00034616"/>
    <w:rsid w:val="0006063C"/>
    <w:rsid w:val="000C7A53"/>
    <w:rsid w:val="0011245E"/>
    <w:rsid w:val="0015074B"/>
    <w:rsid w:val="002343E4"/>
    <w:rsid w:val="0029639D"/>
    <w:rsid w:val="002C705C"/>
    <w:rsid w:val="002F2236"/>
    <w:rsid w:val="00326F90"/>
    <w:rsid w:val="00371FEE"/>
    <w:rsid w:val="003845FA"/>
    <w:rsid w:val="00386DC0"/>
    <w:rsid w:val="003D55DD"/>
    <w:rsid w:val="003D703F"/>
    <w:rsid w:val="003F1D92"/>
    <w:rsid w:val="003F5AE7"/>
    <w:rsid w:val="00581308"/>
    <w:rsid w:val="005B5082"/>
    <w:rsid w:val="00600C23"/>
    <w:rsid w:val="006624B6"/>
    <w:rsid w:val="00675EE9"/>
    <w:rsid w:val="00686D26"/>
    <w:rsid w:val="006A6777"/>
    <w:rsid w:val="006B52B0"/>
    <w:rsid w:val="006D0714"/>
    <w:rsid w:val="0082024E"/>
    <w:rsid w:val="008801B4"/>
    <w:rsid w:val="008B0B27"/>
    <w:rsid w:val="009528E7"/>
    <w:rsid w:val="009536C8"/>
    <w:rsid w:val="009C1B39"/>
    <w:rsid w:val="009D208B"/>
    <w:rsid w:val="009F27B3"/>
    <w:rsid w:val="009F394C"/>
    <w:rsid w:val="009F65F5"/>
    <w:rsid w:val="00A36B82"/>
    <w:rsid w:val="00A614CC"/>
    <w:rsid w:val="00AA1D8D"/>
    <w:rsid w:val="00B47730"/>
    <w:rsid w:val="00B942B3"/>
    <w:rsid w:val="00BE2174"/>
    <w:rsid w:val="00BF135B"/>
    <w:rsid w:val="00C365FA"/>
    <w:rsid w:val="00C53EA6"/>
    <w:rsid w:val="00C62F5B"/>
    <w:rsid w:val="00CB0664"/>
    <w:rsid w:val="00CD5A83"/>
    <w:rsid w:val="00D25067"/>
    <w:rsid w:val="00D274A1"/>
    <w:rsid w:val="00E063EC"/>
    <w:rsid w:val="00E90037"/>
    <w:rsid w:val="00ED6230"/>
    <w:rsid w:val="00F023D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C67924"/>
  <w14:defaultImageDpi w14:val="300"/>
  <w15:docId w15:val="{38AE5F42-0EE0-4E79-8916-7E8E18EFD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Fontepargpadro"/>
    <w:uiPriority w:val="99"/>
    <w:unhideWhenUsed/>
    <w:rsid w:val="002C705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C705C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2C705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1209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Heitor Mello</cp:lastModifiedBy>
  <cp:revision>5</cp:revision>
  <dcterms:created xsi:type="dcterms:W3CDTF">2026-07-29T15:05:00Z</dcterms:created>
  <dcterms:modified xsi:type="dcterms:W3CDTF">2026-07-31T18:09:00Z</dcterms:modified>
  <cp:category/>
</cp:coreProperties>
</file>