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0253" w14:textId="77777777" w:rsidR="009D208B" w:rsidRDefault="009D208B" w:rsidP="009D208B">
      <w:pPr>
        <w:pStyle w:val="Ttulo1"/>
        <w:spacing w:before="0" w:line="360" w:lineRule="auto"/>
        <w:jc w:val="center"/>
        <w:rPr>
          <w:rFonts w:ascii="Times New Roman" w:hAnsi="Times New Roman" w:cs="Times New Roman"/>
          <w:color w:val="auto"/>
          <w:lang w:val="pt-BR"/>
        </w:rPr>
      </w:pPr>
      <w:r w:rsidRPr="0042578B">
        <w:rPr>
          <w:rFonts w:ascii="Times New Roman" w:hAnsi="Times New Roman" w:cs="Times New Roman"/>
          <w:color w:val="auto"/>
          <w:lang w:val="pt-BR"/>
        </w:rPr>
        <w:t>ANEXO I – FORMULÁRIO DE INSCRIÇÃO</w:t>
      </w:r>
    </w:p>
    <w:p w14:paraId="2DD3DDA1" w14:textId="77777777" w:rsidR="009D208B" w:rsidRPr="0042578B" w:rsidRDefault="009D208B" w:rsidP="009D208B">
      <w:pPr>
        <w:pStyle w:val="Ttulo1"/>
        <w:spacing w:before="0" w:line="360" w:lineRule="auto"/>
        <w:jc w:val="center"/>
        <w:rPr>
          <w:rFonts w:ascii="Times New Roman" w:hAnsi="Times New Roman" w:cs="Times New Roman"/>
          <w:color w:val="auto"/>
          <w:lang w:val="pt-BR"/>
        </w:rPr>
      </w:pPr>
      <w:r w:rsidRPr="0042578B">
        <w:rPr>
          <w:rFonts w:ascii="Times New Roman" w:hAnsi="Times New Roman" w:cs="Times New Roman"/>
          <w:color w:val="auto"/>
          <w:lang w:val="pt-BR"/>
        </w:rPr>
        <w:t xml:space="preserve">Programa </w:t>
      </w:r>
      <w:proofErr w:type="spellStart"/>
      <w:r w:rsidRPr="0042578B">
        <w:rPr>
          <w:rFonts w:ascii="Times New Roman" w:hAnsi="Times New Roman" w:cs="Times New Roman"/>
          <w:color w:val="auto"/>
          <w:lang w:val="pt-BR"/>
        </w:rPr>
        <w:t>GradPG</w:t>
      </w:r>
      <w:proofErr w:type="spellEnd"/>
      <w:r w:rsidRPr="0042578B">
        <w:rPr>
          <w:rFonts w:ascii="Times New Roman" w:hAnsi="Times New Roman" w:cs="Times New Roman"/>
          <w:color w:val="auto"/>
          <w:lang w:val="pt-BR"/>
        </w:rPr>
        <w:t xml:space="preserve"> – PPGCTA/UFSM</w:t>
      </w:r>
    </w:p>
    <w:p w14:paraId="33EA3B29" w14:textId="77777777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BEC6D49" w14:textId="38C29A90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Preencha todas as informações abaixo de forma legível e completa. Este formulário, devidamente assinado</w:t>
      </w:r>
      <w:r w:rsidR="00371FEE">
        <w:rPr>
          <w:rFonts w:ascii="Times New Roman" w:hAnsi="Times New Roman" w:cs="Times New Roman"/>
          <w:lang w:val="pt-BR"/>
        </w:rPr>
        <w:t xml:space="preserve"> (GOV.BR)</w:t>
      </w:r>
      <w:r w:rsidRPr="0042578B">
        <w:rPr>
          <w:rFonts w:ascii="Times New Roman" w:hAnsi="Times New Roman" w:cs="Times New Roman"/>
          <w:lang w:val="pt-BR"/>
        </w:rPr>
        <w:t xml:space="preserve">, deverá ser enviado juntamente com os documentos comprobatórios </w:t>
      </w:r>
      <w:r>
        <w:rPr>
          <w:rFonts w:ascii="Times New Roman" w:hAnsi="Times New Roman" w:cs="Times New Roman"/>
          <w:lang w:val="pt-BR"/>
        </w:rPr>
        <w:t>na mesma sequência apresentada</w:t>
      </w:r>
      <w:r w:rsidRPr="0042578B">
        <w:rPr>
          <w:rFonts w:ascii="Times New Roman" w:hAnsi="Times New Roman" w:cs="Times New Roman"/>
          <w:lang w:val="pt-BR"/>
        </w:rPr>
        <w:t>.</w:t>
      </w:r>
    </w:p>
    <w:p w14:paraId="782957BE" w14:textId="77777777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65180623" w14:textId="4EF5700E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1. Nome completo: _________________________</w:t>
      </w:r>
      <w:r w:rsidR="003D55DD">
        <w:rPr>
          <w:rFonts w:ascii="Times New Roman" w:hAnsi="Times New Roman" w:cs="Times New Roman"/>
          <w:lang w:val="pt-BR"/>
        </w:rPr>
        <w:t>_____________</w:t>
      </w:r>
    </w:p>
    <w:p w14:paraId="65B05F21" w14:textId="0800A82F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2. Matrícula: _______________________________</w:t>
      </w:r>
    </w:p>
    <w:p w14:paraId="3A3E5CD7" w14:textId="2B5F489E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3. Curso de Graduação: _________________</w:t>
      </w:r>
      <w:r w:rsidR="003D55DD">
        <w:rPr>
          <w:rFonts w:ascii="Times New Roman" w:hAnsi="Times New Roman" w:cs="Times New Roman"/>
          <w:lang w:val="pt-BR"/>
        </w:rPr>
        <w:t>_________________</w:t>
      </w:r>
    </w:p>
    <w:p w14:paraId="057C7482" w14:textId="7DEE6BB9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4. Semestre atual: _____________________</w:t>
      </w:r>
    </w:p>
    <w:p w14:paraId="128E4EE2" w14:textId="312B1816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5. Percentual de créditos concluídos: ________________</w:t>
      </w:r>
      <w:r w:rsidR="003D55DD">
        <w:rPr>
          <w:rFonts w:ascii="Times New Roman" w:hAnsi="Times New Roman" w:cs="Times New Roman"/>
          <w:lang w:val="pt-BR"/>
        </w:rPr>
        <w:t>_</w:t>
      </w:r>
    </w:p>
    <w:p w14:paraId="7874FBA8" w14:textId="27513D38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6. Média g</w:t>
      </w:r>
      <w:r w:rsidR="003D55DD">
        <w:rPr>
          <w:rFonts w:ascii="Times New Roman" w:hAnsi="Times New Roman" w:cs="Times New Roman"/>
          <w:lang w:val="pt-BR"/>
        </w:rPr>
        <w:t>eral acumulada</w:t>
      </w:r>
      <w:r w:rsidRPr="0042578B">
        <w:rPr>
          <w:rFonts w:ascii="Times New Roman" w:hAnsi="Times New Roman" w:cs="Times New Roman"/>
          <w:lang w:val="pt-BR"/>
        </w:rPr>
        <w:t>: ____________________</w:t>
      </w:r>
    </w:p>
    <w:p w14:paraId="3AE747C7" w14:textId="5077C867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7. E-mail institucional: ____________________________</w:t>
      </w:r>
    </w:p>
    <w:p w14:paraId="55B97EEC" w14:textId="0BDABB64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8. Telefone/WhatsApp: __________</w:t>
      </w:r>
      <w:r w:rsidR="003D55DD">
        <w:rPr>
          <w:rFonts w:ascii="Times New Roman" w:hAnsi="Times New Roman" w:cs="Times New Roman"/>
          <w:lang w:val="pt-BR"/>
        </w:rPr>
        <w:t>_________________</w:t>
      </w:r>
      <w:r w:rsidRPr="0042578B">
        <w:rPr>
          <w:rFonts w:ascii="Times New Roman" w:hAnsi="Times New Roman" w:cs="Times New Roman"/>
          <w:lang w:val="pt-BR"/>
        </w:rPr>
        <w:t>_</w:t>
      </w:r>
    </w:p>
    <w:p w14:paraId="48471793" w14:textId="17C4E7C2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 xml:space="preserve">9. Laboratório/Grupo de Pesquisa ao qual </w:t>
      </w:r>
      <w:r>
        <w:rPr>
          <w:rFonts w:ascii="Times New Roman" w:hAnsi="Times New Roman" w:cs="Times New Roman"/>
          <w:lang w:val="pt-BR"/>
        </w:rPr>
        <w:t>foi/</w:t>
      </w:r>
      <w:r w:rsidRPr="0042578B">
        <w:rPr>
          <w:rFonts w:ascii="Times New Roman" w:hAnsi="Times New Roman" w:cs="Times New Roman"/>
          <w:lang w:val="pt-BR"/>
        </w:rPr>
        <w:t>está vinculado(a): _____</w:t>
      </w:r>
      <w:r w:rsidR="003D55DD">
        <w:rPr>
          <w:rFonts w:ascii="Times New Roman" w:hAnsi="Times New Roman" w:cs="Times New Roman"/>
          <w:lang w:val="pt-BR"/>
        </w:rPr>
        <w:t>__________________</w:t>
      </w:r>
      <w:r w:rsidRPr="0042578B">
        <w:rPr>
          <w:rFonts w:ascii="Times New Roman" w:hAnsi="Times New Roman" w:cs="Times New Roman"/>
          <w:lang w:val="pt-BR"/>
        </w:rPr>
        <w:t>_</w:t>
      </w:r>
    </w:p>
    <w:p w14:paraId="6A603532" w14:textId="5298A228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10. Orientador(a) no grupo/laboratório: __________________</w:t>
      </w:r>
      <w:r w:rsidR="003D55DD">
        <w:rPr>
          <w:rFonts w:ascii="Times New Roman" w:hAnsi="Times New Roman" w:cs="Times New Roman"/>
          <w:lang w:val="pt-BR"/>
        </w:rPr>
        <w:t>____________</w:t>
      </w:r>
      <w:r w:rsidRPr="0042578B">
        <w:rPr>
          <w:rFonts w:ascii="Times New Roman" w:hAnsi="Times New Roman" w:cs="Times New Roman"/>
          <w:lang w:val="pt-BR"/>
        </w:rPr>
        <w:t>_</w:t>
      </w:r>
    </w:p>
    <w:p w14:paraId="07E5B45B" w14:textId="238EAF53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11. Bolsa de Iniciação Científica (programa, vigência): ________</w:t>
      </w:r>
      <w:r w:rsidR="003D55DD">
        <w:rPr>
          <w:rFonts w:ascii="Times New Roman" w:hAnsi="Times New Roman" w:cs="Times New Roman"/>
          <w:lang w:val="pt-BR"/>
        </w:rPr>
        <w:t>___________________</w:t>
      </w:r>
    </w:p>
    <w:p w14:paraId="1244BDD6" w14:textId="77777777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12. Produção científica (informar pelo menos uma publicação – anexar comprovante):</w:t>
      </w:r>
    </w:p>
    <w:p w14:paraId="723365C0" w14:textId="1BD2C513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 xml:space="preserve">     __________________________________________</w:t>
      </w:r>
      <w:r w:rsidR="003D55DD">
        <w:rPr>
          <w:rFonts w:ascii="Times New Roman" w:hAnsi="Times New Roman" w:cs="Times New Roman"/>
          <w:lang w:val="pt-BR"/>
        </w:rPr>
        <w:t>____________________</w:t>
      </w:r>
    </w:p>
    <w:p w14:paraId="38D35AA1" w14:textId="77777777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 xml:space="preserve">13. </w:t>
      </w:r>
      <w:r>
        <w:rPr>
          <w:rFonts w:ascii="Times New Roman" w:hAnsi="Times New Roman" w:cs="Times New Roman"/>
          <w:lang w:val="pt-BR"/>
        </w:rPr>
        <w:t>Proficiência em inglês:</w:t>
      </w:r>
    </w:p>
    <w:p w14:paraId="1F48B146" w14:textId="05134156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 xml:space="preserve">     ________________________________</w:t>
      </w:r>
      <w:r w:rsidR="003D55DD">
        <w:rPr>
          <w:rFonts w:ascii="Times New Roman" w:hAnsi="Times New Roman" w:cs="Times New Roman"/>
          <w:lang w:val="pt-BR"/>
        </w:rPr>
        <w:t>______________</w:t>
      </w:r>
      <w:r w:rsidRPr="0042578B">
        <w:rPr>
          <w:rFonts w:ascii="Times New Roman" w:hAnsi="Times New Roman" w:cs="Times New Roman"/>
          <w:lang w:val="pt-BR"/>
        </w:rPr>
        <w:t>________________</w:t>
      </w:r>
    </w:p>
    <w:p w14:paraId="6B75532D" w14:textId="77777777" w:rsidR="003D55DD" w:rsidRDefault="003D55DD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42C59BA7" w14:textId="59534B1C" w:rsidR="009D208B" w:rsidRPr="004257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Declaro que as informações prestadas são verdadeiras e estou ciente das normas do edital.</w:t>
      </w:r>
    </w:p>
    <w:p w14:paraId="31F12B9D" w14:textId="77777777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B399AEB" w14:textId="77777777" w:rsidR="003D55DD" w:rsidRDefault="003D55DD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1F651A1" w14:textId="010DA2A3" w:rsidR="009D208B" w:rsidRDefault="009D208B" w:rsidP="003D55DD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______________________</w:t>
      </w:r>
      <w:r w:rsidR="003D55DD">
        <w:rPr>
          <w:rFonts w:ascii="Times New Roman" w:hAnsi="Times New Roman" w:cs="Times New Roman"/>
          <w:lang w:val="pt-BR"/>
        </w:rPr>
        <w:t>___</w:t>
      </w:r>
      <w:r w:rsidRPr="0042578B">
        <w:rPr>
          <w:rFonts w:ascii="Times New Roman" w:hAnsi="Times New Roman" w:cs="Times New Roman"/>
          <w:lang w:val="pt-BR"/>
        </w:rPr>
        <w:t>____________</w:t>
      </w:r>
    </w:p>
    <w:p w14:paraId="4418A840" w14:textId="7663D27A" w:rsidR="003D55DD" w:rsidRPr="0042578B" w:rsidRDefault="003D55DD" w:rsidP="003D55DD">
      <w:pPr>
        <w:spacing w:after="0" w:line="240" w:lineRule="auto"/>
        <w:jc w:val="right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Local e data</w:t>
      </w:r>
    </w:p>
    <w:p w14:paraId="51A66E98" w14:textId="77777777" w:rsidR="009D208B" w:rsidRDefault="009D208B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074F83AE" w14:textId="77777777" w:rsidR="003D55DD" w:rsidRDefault="003D55DD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C297DC7" w14:textId="77777777" w:rsidR="003D55DD" w:rsidRDefault="003D55DD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702A48B1" w14:textId="77777777" w:rsidR="003D55DD" w:rsidRDefault="003D55DD" w:rsidP="009D208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1E583E80" w14:textId="512CB0C3" w:rsidR="003D55DD" w:rsidRDefault="009D208B" w:rsidP="003D55DD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 w:rsidRPr="0042578B">
        <w:rPr>
          <w:rFonts w:ascii="Times New Roman" w:hAnsi="Times New Roman" w:cs="Times New Roman"/>
          <w:lang w:val="pt-BR"/>
        </w:rPr>
        <w:t>__________________</w:t>
      </w:r>
      <w:r w:rsidR="003D55DD">
        <w:rPr>
          <w:rFonts w:ascii="Times New Roman" w:hAnsi="Times New Roman" w:cs="Times New Roman"/>
          <w:lang w:val="pt-BR"/>
        </w:rPr>
        <w:t>__________________________________</w:t>
      </w:r>
      <w:r w:rsidRPr="0042578B">
        <w:rPr>
          <w:rFonts w:ascii="Times New Roman" w:hAnsi="Times New Roman" w:cs="Times New Roman"/>
          <w:lang w:val="pt-BR"/>
        </w:rPr>
        <w:t>__</w:t>
      </w:r>
      <w:r w:rsidR="003D55DD">
        <w:rPr>
          <w:rFonts w:ascii="Times New Roman" w:hAnsi="Times New Roman" w:cs="Times New Roman"/>
          <w:lang w:val="pt-BR"/>
        </w:rPr>
        <w:br/>
      </w:r>
      <w:r w:rsidR="003D55DD" w:rsidRPr="0042578B">
        <w:rPr>
          <w:rFonts w:ascii="Times New Roman" w:hAnsi="Times New Roman" w:cs="Times New Roman"/>
          <w:lang w:val="pt-BR"/>
        </w:rPr>
        <w:t>Assinatura do(a) candidato(a)</w:t>
      </w:r>
      <w:r w:rsidR="003D55DD">
        <w:rPr>
          <w:rFonts w:ascii="Times New Roman" w:hAnsi="Times New Roman" w:cs="Times New Roman"/>
          <w:lang w:val="pt-BR"/>
        </w:rPr>
        <w:t xml:space="preserve"> – GOV.BR</w:t>
      </w:r>
    </w:p>
    <w:sectPr w:rsidR="003D55DD" w:rsidSect="00686D26">
      <w:pgSz w:w="11909" w:h="16834" w:code="9"/>
      <w:pgMar w:top="1008" w:right="72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C64845"/>
    <w:multiLevelType w:val="hybridMultilevel"/>
    <w:tmpl w:val="DA72CAE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762B"/>
    <w:multiLevelType w:val="multilevel"/>
    <w:tmpl w:val="3968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B38BB"/>
    <w:multiLevelType w:val="hybridMultilevel"/>
    <w:tmpl w:val="17E611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4584A"/>
    <w:multiLevelType w:val="multilevel"/>
    <w:tmpl w:val="A9A6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750691">
    <w:abstractNumId w:val="8"/>
  </w:num>
  <w:num w:numId="2" w16cid:durableId="1803381687">
    <w:abstractNumId w:val="6"/>
  </w:num>
  <w:num w:numId="3" w16cid:durableId="411239354">
    <w:abstractNumId w:val="5"/>
  </w:num>
  <w:num w:numId="4" w16cid:durableId="128976973">
    <w:abstractNumId w:val="4"/>
  </w:num>
  <w:num w:numId="5" w16cid:durableId="487750441">
    <w:abstractNumId w:val="7"/>
  </w:num>
  <w:num w:numId="6" w16cid:durableId="1950580668">
    <w:abstractNumId w:val="3"/>
  </w:num>
  <w:num w:numId="7" w16cid:durableId="1924727291">
    <w:abstractNumId w:val="2"/>
  </w:num>
  <w:num w:numId="8" w16cid:durableId="823006779">
    <w:abstractNumId w:val="1"/>
  </w:num>
  <w:num w:numId="9" w16cid:durableId="175271569">
    <w:abstractNumId w:val="0"/>
  </w:num>
  <w:num w:numId="10" w16cid:durableId="467010713">
    <w:abstractNumId w:val="9"/>
  </w:num>
  <w:num w:numId="11" w16cid:durableId="843280300">
    <w:abstractNumId w:val="11"/>
  </w:num>
  <w:num w:numId="12" w16cid:durableId="1035547436">
    <w:abstractNumId w:val="12"/>
  </w:num>
  <w:num w:numId="13" w16cid:durableId="12694331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911"/>
    <w:rsid w:val="00012414"/>
    <w:rsid w:val="00034616"/>
    <w:rsid w:val="0006063C"/>
    <w:rsid w:val="000C7A53"/>
    <w:rsid w:val="0011245E"/>
    <w:rsid w:val="0015074B"/>
    <w:rsid w:val="002343E4"/>
    <w:rsid w:val="0029639D"/>
    <w:rsid w:val="002C705C"/>
    <w:rsid w:val="002F2236"/>
    <w:rsid w:val="00326F90"/>
    <w:rsid w:val="00371FEE"/>
    <w:rsid w:val="00386DC0"/>
    <w:rsid w:val="003D55DD"/>
    <w:rsid w:val="003D703F"/>
    <w:rsid w:val="003F1D92"/>
    <w:rsid w:val="003F5AE7"/>
    <w:rsid w:val="00581308"/>
    <w:rsid w:val="005B5082"/>
    <w:rsid w:val="00600C23"/>
    <w:rsid w:val="006624B6"/>
    <w:rsid w:val="00675EE9"/>
    <w:rsid w:val="00686D26"/>
    <w:rsid w:val="006A6777"/>
    <w:rsid w:val="006B52B0"/>
    <w:rsid w:val="006D0714"/>
    <w:rsid w:val="0082024E"/>
    <w:rsid w:val="008801B4"/>
    <w:rsid w:val="008B0B27"/>
    <w:rsid w:val="009528E7"/>
    <w:rsid w:val="009536C8"/>
    <w:rsid w:val="009C1B39"/>
    <w:rsid w:val="009D208B"/>
    <w:rsid w:val="009F27B3"/>
    <w:rsid w:val="009F394C"/>
    <w:rsid w:val="009F65F5"/>
    <w:rsid w:val="00A36B82"/>
    <w:rsid w:val="00A614CC"/>
    <w:rsid w:val="00AA1D8D"/>
    <w:rsid w:val="00B47730"/>
    <w:rsid w:val="00B942B3"/>
    <w:rsid w:val="00BE2174"/>
    <w:rsid w:val="00BF135B"/>
    <w:rsid w:val="00C365FA"/>
    <w:rsid w:val="00C53EA6"/>
    <w:rsid w:val="00C62F5B"/>
    <w:rsid w:val="00CB0664"/>
    <w:rsid w:val="00CD5A83"/>
    <w:rsid w:val="00D25067"/>
    <w:rsid w:val="00D274A1"/>
    <w:rsid w:val="00E063EC"/>
    <w:rsid w:val="00E90037"/>
    <w:rsid w:val="00ED6230"/>
    <w:rsid w:val="00F023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C67924"/>
  <w14:defaultImageDpi w14:val="300"/>
  <w15:docId w15:val="{38AE5F42-0EE0-4E79-8916-7E8E18EF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2C70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C705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C70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Renius Mello</cp:lastModifiedBy>
  <cp:revision>4</cp:revision>
  <dcterms:created xsi:type="dcterms:W3CDTF">2026-07-29T15:05:00Z</dcterms:created>
  <dcterms:modified xsi:type="dcterms:W3CDTF">2026-07-29T15:07:00Z</dcterms:modified>
  <cp:category/>
</cp:coreProperties>
</file>