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761C" w14:textId="77777777" w:rsidR="00386DC0" w:rsidRPr="00371FEE" w:rsidRDefault="00386DC0" w:rsidP="00371F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371FEE">
        <w:rPr>
          <w:rFonts w:ascii="Times New Roman" w:hAnsi="Times New Roman" w:cs="Times New Roman"/>
          <w:b/>
          <w:bCs/>
          <w:sz w:val="28"/>
          <w:szCs w:val="28"/>
          <w:lang w:val="pt-BR"/>
        </w:rPr>
        <w:t>ANEXO I</w:t>
      </w:r>
      <w:r w:rsidRPr="00371FEE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I - </w:t>
      </w:r>
      <w:r w:rsidRPr="00371FEE">
        <w:rPr>
          <w:rFonts w:ascii="Times New Roman" w:hAnsi="Times New Roman" w:cs="Times New Roman"/>
          <w:b/>
          <w:bCs/>
          <w:sz w:val="28"/>
          <w:szCs w:val="28"/>
          <w:lang w:val="pt-BR"/>
        </w:rPr>
        <w:t>PLANO DE FORMAÇÃO INTEGRADA</w:t>
      </w:r>
    </w:p>
    <w:p w14:paraId="50A0707A" w14:textId="78C21D8D" w:rsidR="00386DC0" w:rsidRPr="00371FEE" w:rsidRDefault="00386DC0" w:rsidP="00371F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371FEE">
        <w:rPr>
          <w:rFonts w:ascii="Times New Roman" w:hAnsi="Times New Roman" w:cs="Times New Roman"/>
          <w:b/>
          <w:bCs/>
          <w:sz w:val="28"/>
          <w:szCs w:val="28"/>
          <w:lang w:val="pt-BR"/>
        </w:rPr>
        <w:t>P</w:t>
      </w:r>
      <w:r w:rsidRPr="00371FEE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rograma </w:t>
      </w:r>
      <w:proofErr w:type="spellStart"/>
      <w:r w:rsidRPr="00371FEE">
        <w:rPr>
          <w:rFonts w:ascii="Times New Roman" w:hAnsi="Times New Roman" w:cs="Times New Roman"/>
          <w:b/>
          <w:bCs/>
          <w:sz w:val="28"/>
          <w:szCs w:val="28"/>
          <w:lang w:val="pt-BR"/>
        </w:rPr>
        <w:t>GradPG</w:t>
      </w:r>
      <w:proofErr w:type="spellEnd"/>
      <w:r w:rsidRPr="00371FEE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– </w:t>
      </w:r>
      <w:r w:rsidRPr="00371FEE">
        <w:rPr>
          <w:rFonts w:ascii="Times New Roman" w:hAnsi="Times New Roman" w:cs="Times New Roman"/>
          <w:b/>
          <w:bCs/>
          <w:sz w:val="28"/>
          <w:szCs w:val="28"/>
          <w:lang w:val="pt-BR"/>
        </w:rPr>
        <w:t>PPGCTA</w:t>
      </w:r>
      <w:r w:rsidRPr="00371FEE">
        <w:rPr>
          <w:rFonts w:ascii="Times New Roman" w:hAnsi="Times New Roman" w:cs="Times New Roman"/>
          <w:b/>
          <w:bCs/>
          <w:sz w:val="28"/>
          <w:szCs w:val="28"/>
          <w:lang w:val="pt-BR"/>
        </w:rPr>
        <w:t>/UFSM</w:t>
      </w:r>
    </w:p>
    <w:p w14:paraId="4707AE47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607CFFD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386DC0">
        <w:rPr>
          <w:rFonts w:ascii="Times New Roman" w:hAnsi="Times New Roman" w:cs="Times New Roman"/>
          <w:b/>
          <w:bCs/>
          <w:lang w:val="pt-BR"/>
        </w:rPr>
        <w:t>1. Identificação do Estudante</w:t>
      </w:r>
    </w:p>
    <w:p w14:paraId="64C2E451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71FEE">
        <w:rPr>
          <w:rFonts w:ascii="Times New Roman" w:hAnsi="Times New Roman" w:cs="Times New Roman"/>
          <w:lang w:val="pt-BR"/>
        </w:rPr>
        <w:t>Nome: _______________________________________________</w:t>
      </w:r>
    </w:p>
    <w:p w14:paraId="23BDD53D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71FEE">
        <w:rPr>
          <w:rFonts w:ascii="Times New Roman" w:hAnsi="Times New Roman" w:cs="Times New Roman"/>
          <w:lang w:val="pt-BR"/>
        </w:rPr>
        <w:t>Matrícula (Graduação): ________________________________</w:t>
      </w:r>
    </w:p>
    <w:p w14:paraId="44AA4885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71FEE">
        <w:rPr>
          <w:rFonts w:ascii="Times New Roman" w:hAnsi="Times New Roman" w:cs="Times New Roman"/>
          <w:lang w:val="pt-BR"/>
        </w:rPr>
        <w:t>Curso de Graduação: ___________________________________</w:t>
      </w:r>
    </w:p>
    <w:p w14:paraId="2E380CAD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71FEE">
        <w:rPr>
          <w:rFonts w:ascii="Times New Roman" w:hAnsi="Times New Roman" w:cs="Times New Roman"/>
          <w:lang w:val="pt-BR"/>
        </w:rPr>
        <w:t>E-mail: ______________________________________________</w:t>
      </w:r>
    </w:p>
    <w:p w14:paraId="374B19C5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71FEE">
        <w:rPr>
          <w:rFonts w:ascii="Times New Roman" w:hAnsi="Times New Roman" w:cs="Times New Roman"/>
          <w:lang w:val="pt-BR"/>
        </w:rPr>
        <w:t>Telefone: ____________________________________________</w:t>
      </w:r>
    </w:p>
    <w:p w14:paraId="57287AFF" w14:textId="254C369E" w:rsid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71FEE">
        <w:rPr>
          <w:rFonts w:ascii="Times New Roman" w:hAnsi="Times New Roman" w:cs="Times New Roman"/>
          <w:lang w:val="pt-BR"/>
        </w:rPr>
        <w:t xml:space="preserve">Previsão de conclusão da graduação: </w:t>
      </w:r>
      <w:r w:rsidR="00371FEE">
        <w:rPr>
          <w:rFonts w:ascii="Times New Roman" w:hAnsi="Times New Roman" w:cs="Times New Roman"/>
          <w:lang w:val="pt-BR"/>
        </w:rPr>
        <w:t xml:space="preserve">____ </w:t>
      </w:r>
      <w:r w:rsidRPr="00371FEE">
        <w:rPr>
          <w:rFonts w:ascii="Times New Roman" w:hAnsi="Times New Roman" w:cs="Times New Roman"/>
          <w:lang w:val="pt-BR"/>
        </w:rPr>
        <w:t>/</w:t>
      </w:r>
      <w:r w:rsidR="00371FEE">
        <w:rPr>
          <w:rFonts w:ascii="Times New Roman" w:hAnsi="Times New Roman" w:cs="Times New Roman"/>
          <w:lang w:val="pt-BR"/>
        </w:rPr>
        <w:t xml:space="preserve"> ____ </w:t>
      </w:r>
      <w:r w:rsidRPr="00371FEE">
        <w:rPr>
          <w:rFonts w:ascii="Times New Roman" w:hAnsi="Times New Roman" w:cs="Times New Roman"/>
          <w:lang w:val="pt-BR"/>
        </w:rPr>
        <w:t>/</w:t>
      </w:r>
      <w:r w:rsidR="00371FEE">
        <w:rPr>
          <w:rFonts w:ascii="Times New Roman" w:hAnsi="Times New Roman" w:cs="Times New Roman"/>
          <w:lang w:val="pt-BR"/>
        </w:rPr>
        <w:t xml:space="preserve"> </w:t>
      </w:r>
      <w:r w:rsidRPr="00371FEE">
        <w:rPr>
          <w:rFonts w:ascii="Times New Roman" w:hAnsi="Times New Roman" w:cs="Times New Roman"/>
          <w:lang w:val="pt-BR"/>
        </w:rPr>
        <w:t>________</w:t>
      </w:r>
    </w:p>
    <w:p w14:paraId="38FFB382" w14:textId="77777777" w:rsidR="00371FEE" w:rsidRPr="00371FEE" w:rsidRDefault="00371FEE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6C5520E8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386DC0">
        <w:rPr>
          <w:rFonts w:ascii="Times New Roman" w:hAnsi="Times New Roman" w:cs="Times New Roman"/>
          <w:b/>
          <w:bCs/>
          <w:lang w:val="pt-BR"/>
        </w:rPr>
        <w:t>2. Identificação do Orientador</w:t>
      </w:r>
    </w:p>
    <w:p w14:paraId="18DC537A" w14:textId="77777777" w:rsid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71FEE">
        <w:rPr>
          <w:rFonts w:ascii="Times New Roman" w:hAnsi="Times New Roman" w:cs="Times New Roman"/>
          <w:lang w:val="pt-BR"/>
        </w:rPr>
        <w:t>Nome: _______________________________________________</w:t>
      </w:r>
    </w:p>
    <w:p w14:paraId="5A416BE0" w14:textId="170DD18C" w:rsidR="00371FEE" w:rsidRPr="00371FEE" w:rsidRDefault="00371FEE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SIAPE: ____________________</w:t>
      </w:r>
    </w:p>
    <w:p w14:paraId="577B3813" w14:textId="2E0AAF9A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71FEE">
        <w:rPr>
          <w:rFonts w:ascii="Times New Roman" w:hAnsi="Times New Roman" w:cs="Times New Roman"/>
          <w:lang w:val="pt-BR"/>
        </w:rPr>
        <w:t xml:space="preserve">Programa de Pós-Graduação: Ciência e Tecnologia dos Alimentos </w:t>
      </w:r>
      <w:r w:rsidR="00371FEE">
        <w:rPr>
          <w:rFonts w:ascii="Times New Roman" w:hAnsi="Times New Roman" w:cs="Times New Roman"/>
          <w:lang w:val="pt-BR"/>
        </w:rPr>
        <w:t>(</w:t>
      </w:r>
      <w:r w:rsidRPr="00371FEE">
        <w:rPr>
          <w:rFonts w:ascii="Times New Roman" w:hAnsi="Times New Roman" w:cs="Times New Roman"/>
          <w:lang w:val="pt-BR"/>
        </w:rPr>
        <w:t>PPGCTA</w:t>
      </w:r>
      <w:r w:rsidR="00371FEE">
        <w:rPr>
          <w:rFonts w:ascii="Times New Roman" w:hAnsi="Times New Roman" w:cs="Times New Roman"/>
          <w:lang w:val="pt-BR"/>
        </w:rPr>
        <w:t>)</w:t>
      </w:r>
    </w:p>
    <w:p w14:paraId="3684F3FF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1FEE">
        <w:rPr>
          <w:rFonts w:ascii="Times New Roman" w:hAnsi="Times New Roman" w:cs="Times New Roman"/>
        </w:rPr>
        <w:t>E-mail: ______________________________________________</w:t>
      </w:r>
    </w:p>
    <w:p w14:paraId="2591432C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1FEE">
        <w:rPr>
          <w:rFonts w:ascii="Times New Roman" w:hAnsi="Times New Roman" w:cs="Times New Roman"/>
        </w:rPr>
        <w:t>Telefone: ____________________________________________</w:t>
      </w:r>
    </w:p>
    <w:p w14:paraId="548DE9EB" w14:textId="77777777" w:rsidR="00371FEE" w:rsidRPr="00386DC0" w:rsidRDefault="00371FEE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03354C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386DC0">
        <w:rPr>
          <w:rFonts w:ascii="Times New Roman" w:hAnsi="Times New Roman" w:cs="Times New Roman"/>
          <w:b/>
          <w:bCs/>
          <w:lang w:val="pt-BR"/>
        </w:rPr>
        <w:t>3. Objetivo da Formação Integrada</w:t>
      </w:r>
    </w:p>
    <w:p w14:paraId="72205A08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 xml:space="preserve">Descrever, de forma sucinta, os objetivos da formação integrada, a linha de pesquisa e as competências que o estudante deverá desenvolver durante sua participação no Programa </w:t>
      </w:r>
      <w:proofErr w:type="spellStart"/>
      <w:r w:rsidRPr="00386DC0">
        <w:rPr>
          <w:rFonts w:ascii="Times New Roman" w:hAnsi="Times New Roman" w:cs="Times New Roman"/>
          <w:lang w:val="pt-BR"/>
        </w:rPr>
        <w:t>GradPG</w:t>
      </w:r>
      <w:proofErr w:type="spellEnd"/>
      <w:r w:rsidRPr="00386DC0">
        <w:rPr>
          <w:rFonts w:ascii="Times New Roman" w:hAnsi="Times New Roman" w:cs="Times New Roman"/>
          <w:lang w:val="pt-BR"/>
        </w:rPr>
        <w:t>.</w:t>
      </w:r>
    </w:p>
    <w:p w14:paraId="65336541" w14:textId="77777777" w:rsidR="00371FEE" w:rsidRDefault="00371FEE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F0FD729" w14:textId="77777777" w:rsidR="00371FEE" w:rsidRDefault="00371FEE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E64CE9" w14:textId="77777777" w:rsidR="00371FEE" w:rsidRDefault="00371FEE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F6C012D" w14:textId="77777777" w:rsidR="00371FEE" w:rsidRDefault="00371FEE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55474F1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386DC0">
        <w:rPr>
          <w:rFonts w:ascii="Times New Roman" w:hAnsi="Times New Roman" w:cs="Times New Roman"/>
          <w:b/>
          <w:bCs/>
          <w:lang w:val="pt-BR"/>
        </w:rPr>
        <w:t>4. Plano de Atividades</w:t>
      </w:r>
    </w:p>
    <w:p w14:paraId="64170668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i/>
          <w:iCs/>
          <w:u w:val="single"/>
          <w:lang w:val="pt-BR"/>
        </w:rPr>
      </w:pPr>
      <w:r w:rsidRPr="00371FEE">
        <w:rPr>
          <w:rFonts w:ascii="Times New Roman" w:hAnsi="Times New Roman" w:cs="Times New Roman"/>
          <w:i/>
          <w:iCs/>
          <w:u w:val="single"/>
          <w:lang w:val="pt-BR"/>
        </w:rPr>
        <w:t>4.1 Atividades de Pesquisa</w:t>
      </w:r>
    </w:p>
    <w:p w14:paraId="625DC136" w14:textId="77777777" w:rsid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>Projeto de pesquisa ao qual o estudante estará vinculado:</w:t>
      </w:r>
    </w:p>
    <w:p w14:paraId="2FE9B526" w14:textId="77777777" w:rsidR="00371FEE" w:rsidRPr="00386DC0" w:rsidRDefault="00371FEE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7FFB2BC6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Atividades</w:t>
      </w:r>
      <w:proofErr w:type="spellEnd"/>
      <w:r w:rsidRPr="00386DC0">
        <w:rPr>
          <w:rFonts w:ascii="Times New Roman" w:hAnsi="Times New Roman" w:cs="Times New Roman"/>
        </w:rPr>
        <w:t xml:space="preserve"> </w:t>
      </w:r>
      <w:proofErr w:type="spellStart"/>
      <w:r w:rsidRPr="00386DC0">
        <w:rPr>
          <w:rFonts w:ascii="Times New Roman" w:hAnsi="Times New Roman" w:cs="Times New Roman"/>
        </w:rPr>
        <w:t>previstas</w:t>
      </w:r>
      <w:proofErr w:type="spellEnd"/>
      <w:r w:rsidRPr="00386DC0">
        <w:rPr>
          <w:rFonts w:ascii="Times New Roman" w:hAnsi="Times New Roman" w:cs="Times New Roman"/>
        </w:rP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326"/>
        <w:gridCol w:w="1349"/>
        <w:gridCol w:w="5496"/>
      </w:tblGrid>
      <w:tr w:rsidR="00386DC0" w:rsidRPr="00371FEE" w14:paraId="3C6A9008" w14:textId="77777777" w:rsidTr="00371FEE">
        <w:tc>
          <w:tcPr>
            <w:tcW w:w="1635" w:type="pct"/>
            <w:vAlign w:val="center"/>
            <w:hideMark/>
          </w:tcPr>
          <w:p w14:paraId="61CB5805" w14:textId="77777777" w:rsidR="00386DC0" w:rsidRPr="00371FEE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1FEE">
              <w:rPr>
                <w:rFonts w:ascii="Times New Roman" w:hAnsi="Times New Roman" w:cs="Times New Roman"/>
              </w:rPr>
              <w:t>Atividade</w:t>
            </w:r>
            <w:proofErr w:type="spellEnd"/>
          </w:p>
        </w:tc>
        <w:tc>
          <w:tcPr>
            <w:tcW w:w="663" w:type="pct"/>
            <w:vAlign w:val="center"/>
            <w:hideMark/>
          </w:tcPr>
          <w:p w14:paraId="50FC92DB" w14:textId="77777777" w:rsidR="00386DC0" w:rsidRPr="00371FEE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1FEE">
              <w:rPr>
                <w:rFonts w:ascii="Times New Roman" w:hAnsi="Times New Roman" w:cs="Times New Roman"/>
              </w:rPr>
              <w:t>Período</w:t>
            </w:r>
            <w:proofErr w:type="spellEnd"/>
          </w:p>
        </w:tc>
        <w:tc>
          <w:tcPr>
            <w:tcW w:w="2702" w:type="pct"/>
            <w:vAlign w:val="center"/>
            <w:hideMark/>
          </w:tcPr>
          <w:p w14:paraId="049AA9A3" w14:textId="77777777" w:rsidR="00386DC0" w:rsidRPr="00371FEE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1FEE">
              <w:rPr>
                <w:rFonts w:ascii="Times New Roman" w:hAnsi="Times New Roman" w:cs="Times New Roman"/>
              </w:rPr>
              <w:t>Produto</w:t>
            </w:r>
            <w:proofErr w:type="spellEnd"/>
            <w:r w:rsidRPr="00371F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1FEE">
              <w:rPr>
                <w:rFonts w:ascii="Times New Roman" w:hAnsi="Times New Roman" w:cs="Times New Roman"/>
              </w:rPr>
              <w:t>Esperado</w:t>
            </w:r>
            <w:proofErr w:type="spellEnd"/>
          </w:p>
        </w:tc>
      </w:tr>
      <w:tr w:rsidR="00386DC0" w:rsidRPr="00386DC0" w14:paraId="0869C420" w14:textId="77777777" w:rsidTr="00371FEE">
        <w:tc>
          <w:tcPr>
            <w:tcW w:w="1635" w:type="pct"/>
            <w:vAlign w:val="center"/>
            <w:hideMark/>
          </w:tcPr>
          <w:p w14:paraId="5F245720" w14:textId="77777777" w:rsidR="00386DC0" w:rsidRPr="00371FEE" w:rsidRDefault="00386DC0" w:rsidP="00371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pct"/>
            <w:vAlign w:val="center"/>
            <w:hideMark/>
          </w:tcPr>
          <w:p w14:paraId="102F46C3" w14:textId="77777777" w:rsidR="00386DC0" w:rsidRPr="00371FEE" w:rsidRDefault="00386DC0" w:rsidP="00371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2" w:type="pct"/>
            <w:vAlign w:val="center"/>
            <w:hideMark/>
          </w:tcPr>
          <w:p w14:paraId="00BA5C0B" w14:textId="77777777" w:rsidR="00386DC0" w:rsidRPr="00371FEE" w:rsidRDefault="00386DC0" w:rsidP="00371F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DC0" w:rsidRPr="00386DC0" w14:paraId="78ACFF24" w14:textId="77777777" w:rsidTr="00371FEE">
        <w:tc>
          <w:tcPr>
            <w:tcW w:w="1635" w:type="pct"/>
            <w:vAlign w:val="center"/>
            <w:hideMark/>
          </w:tcPr>
          <w:p w14:paraId="5C95C6F5" w14:textId="77777777" w:rsidR="00386DC0" w:rsidRPr="00371FEE" w:rsidRDefault="00386DC0" w:rsidP="00371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pct"/>
            <w:vAlign w:val="center"/>
            <w:hideMark/>
          </w:tcPr>
          <w:p w14:paraId="78FE8758" w14:textId="77777777" w:rsidR="00386DC0" w:rsidRPr="00371FEE" w:rsidRDefault="00386DC0" w:rsidP="00371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2" w:type="pct"/>
            <w:vAlign w:val="center"/>
            <w:hideMark/>
          </w:tcPr>
          <w:p w14:paraId="579B3780" w14:textId="77777777" w:rsidR="00386DC0" w:rsidRPr="00371FEE" w:rsidRDefault="00386DC0" w:rsidP="00371F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DC0" w:rsidRPr="00386DC0" w14:paraId="69A9C0D7" w14:textId="77777777" w:rsidTr="00371FEE">
        <w:tc>
          <w:tcPr>
            <w:tcW w:w="1635" w:type="pct"/>
            <w:vAlign w:val="center"/>
            <w:hideMark/>
          </w:tcPr>
          <w:p w14:paraId="1FC4F986" w14:textId="77777777" w:rsidR="00386DC0" w:rsidRPr="00371FEE" w:rsidRDefault="00386DC0" w:rsidP="00371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pct"/>
            <w:vAlign w:val="center"/>
            <w:hideMark/>
          </w:tcPr>
          <w:p w14:paraId="62A53D74" w14:textId="77777777" w:rsidR="00386DC0" w:rsidRPr="00371FEE" w:rsidRDefault="00386DC0" w:rsidP="00371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2" w:type="pct"/>
            <w:vAlign w:val="center"/>
            <w:hideMark/>
          </w:tcPr>
          <w:p w14:paraId="783378AF" w14:textId="77777777" w:rsidR="00386DC0" w:rsidRPr="00371FEE" w:rsidRDefault="00386DC0" w:rsidP="00371F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57EE45" w14:textId="47C9EACA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85C91B4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i/>
          <w:iCs/>
          <w:u w:val="single"/>
        </w:rPr>
      </w:pPr>
      <w:r w:rsidRPr="00371FEE">
        <w:rPr>
          <w:rFonts w:ascii="Times New Roman" w:hAnsi="Times New Roman" w:cs="Times New Roman"/>
          <w:i/>
          <w:iCs/>
          <w:u w:val="single"/>
        </w:rPr>
        <w:t xml:space="preserve">4.2 </w:t>
      </w:r>
      <w:proofErr w:type="spellStart"/>
      <w:r w:rsidRPr="00371FEE">
        <w:rPr>
          <w:rFonts w:ascii="Times New Roman" w:hAnsi="Times New Roman" w:cs="Times New Roman"/>
          <w:i/>
          <w:iCs/>
          <w:u w:val="single"/>
        </w:rPr>
        <w:t>Disciplinas</w:t>
      </w:r>
      <w:proofErr w:type="spellEnd"/>
      <w:r w:rsidRPr="00371FEE">
        <w:rPr>
          <w:rFonts w:ascii="Times New Roman" w:hAnsi="Times New Roman" w:cs="Times New Roman"/>
          <w:i/>
          <w:iCs/>
          <w:u w:val="single"/>
        </w:rPr>
        <w:t xml:space="preserve"> de Pós-</w:t>
      </w:r>
      <w:proofErr w:type="spellStart"/>
      <w:r w:rsidRPr="00371FEE">
        <w:rPr>
          <w:rFonts w:ascii="Times New Roman" w:hAnsi="Times New Roman" w:cs="Times New Roman"/>
          <w:i/>
          <w:iCs/>
          <w:u w:val="single"/>
        </w:rPr>
        <w:t>Graduação</w:t>
      </w:r>
      <w:proofErr w:type="spellEnd"/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835"/>
        <w:gridCol w:w="1170"/>
        <w:gridCol w:w="2166"/>
      </w:tblGrid>
      <w:tr w:rsidR="00386DC0" w:rsidRPr="00386DC0" w14:paraId="2851D4AE" w14:textId="77777777" w:rsidTr="00371FEE">
        <w:tc>
          <w:tcPr>
            <w:tcW w:w="3360" w:type="pct"/>
            <w:vAlign w:val="center"/>
            <w:hideMark/>
          </w:tcPr>
          <w:p w14:paraId="524E688D" w14:textId="77777777" w:rsidR="00386DC0" w:rsidRPr="00386DC0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6DC0">
              <w:rPr>
                <w:rFonts w:ascii="Times New Roman" w:hAnsi="Times New Roman" w:cs="Times New Roman"/>
              </w:rPr>
              <w:t>Disciplina</w:t>
            </w:r>
            <w:proofErr w:type="spellEnd"/>
          </w:p>
        </w:tc>
        <w:tc>
          <w:tcPr>
            <w:tcW w:w="575" w:type="pct"/>
            <w:vAlign w:val="center"/>
            <w:hideMark/>
          </w:tcPr>
          <w:p w14:paraId="250DD1F9" w14:textId="77777777" w:rsidR="00386DC0" w:rsidRPr="00386DC0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6DC0">
              <w:rPr>
                <w:rFonts w:ascii="Times New Roman" w:hAnsi="Times New Roman" w:cs="Times New Roman"/>
              </w:rPr>
              <w:t>Créditos</w:t>
            </w:r>
            <w:proofErr w:type="spellEnd"/>
          </w:p>
        </w:tc>
        <w:tc>
          <w:tcPr>
            <w:tcW w:w="1065" w:type="pct"/>
            <w:vAlign w:val="center"/>
            <w:hideMark/>
          </w:tcPr>
          <w:p w14:paraId="1E3D14C0" w14:textId="77777777" w:rsidR="00386DC0" w:rsidRPr="00386DC0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6DC0">
              <w:rPr>
                <w:rFonts w:ascii="Times New Roman" w:hAnsi="Times New Roman" w:cs="Times New Roman"/>
              </w:rPr>
              <w:t>Semestre</w:t>
            </w:r>
            <w:proofErr w:type="spellEnd"/>
            <w:r w:rsidRPr="00386D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6DC0">
              <w:rPr>
                <w:rFonts w:ascii="Times New Roman" w:hAnsi="Times New Roman" w:cs="Times New Roman"/>
              </w:rPr>
              <w:t>Previsto</w:t>
            </w:r>
            <w:proofErr w:type="spellEnd"/>
          </w:p>
        </w:tc>
      </w:tr>
      <w:tr w:rsidR="00386DC0" w:rsidRPr="0011245E" w14:paraId="3D19739F" w14:textId="77777777" w:rsidTr="00371FEE">
        <w:tc>
          <w:tcPr>
            <w:tcW w:w="3360" w:type="pct"/>
            <w:vAlign w:val="center"/>
            <w:hideMark/>
          </w:tcPr>
          <w:p w14:paraId="6658E343" w14:textId="77777777" w:rsidR="00386DC0" w:rsidRPr="0011245E" w:rsidRDefault="00386DC0" w:rsidP="00371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  <w:hideMark/>
          </w:tcPr>
          <w:p w14:paraId="7B136930" w14:textId="77777777" w:rsidR="00386DC0" w:rsidRPr="0011245E" w:rsidRDefault="00386DC0" w:rsidP="00371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pct"/>
            <w:vAlign w:val="center"/>
            <w:hideMark/>
          </w:tcPr>
          <w:p w14:paraId="32B74D33" w14:textId="77777777" w:rsidR="00386DC0" w:rsidRPr="0011245E" w:rsidRDefault="00386DC0" w:rsidP="00371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DC0" w:rsidRPr="0011245E" w14:paraId="607B8423" w14:textId="77777777" w:rsidTr="00371FEE">
        <w:tc>
          <w:tcPr>
            <w:tcW w:w="3360" w:type="pct"/>
            <w:vAlign w:val="center"/>
            <w:hideMark/>
          </w:tcPr>
          <w:p w14:paraId="1475694A" w14:textId="77777777" w:rsidR="00386DC0" w:rsidRPr="0011245E" w:rsidRDefault="00386DC0" w:rsidP="00371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  <w:hideMark/>
          </w:tcPr>
          <w:p w14:paraId="7754FD24" w14:textId="77777777" w:rsidR="00386DC0" w:rsidRPr="0011245E" w:rsidRDefault="00386DC0" w:rsidP="00371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pct"/>
            <w:vAlign w:val="center"/>
            <w:hideMark/>
          </w:tcPr>
          <w:p w14:paraId="1280564D" w14:textId="77777777" w:rsidR="00386DC0" w:rsidRPr="0011245E" w:rsidRDefault="00386DC0" w:rsidP="00371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DC0" w:rsidRPr="0011245E" w14:paraId="0493D343" w14:textId="77777777" w:rsidTr="00371FEE">
        <w:tc>
          <w:tcPr>
            <w:tcW w:w="3360" w:type="pct"/>
            <w:vAlign w:val="center"/>
            <w:hideMark/>
          </w:tcPr>
          <w:p w14:paraId="7D892D72" w14:textId="77777777" w:rsidR="00386DC0" w:rsidRPr="0011245E" w:rsidRDefault="00386DC0" w:rsidP="00371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  <w:hideMark/>
          </w:tcPr>
          <w:p w14:paraId="12A15C7D" w14:textId="77777777" w:rsidR="00386DC0" w:rsidRPr="0011245E" w:rsidRDefault="00386DC0" w:rsidP="00371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pct"/>
            <w:vAlign w:val="center"/>
            <w:hideMark/>
          </w:tcPr>
          <w:p w14:paraId="5365D471" w14:textId="77777777" w:rsidR="00386DC0" w:rsidRPr="0011245E" w:rsidRDefault="00386DC0" w:rsidP="00371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1C6D82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DC0">
        <w:rPr>
          <w:rFonts w:ascii="Times New Roman" w:hAnsi="Times New Roman" w:cs="Times New Roman"/>
        </w:rPr>
        <w:t xml:space="preserve">Total </w:t>
      </w:r>
      <w:proofErr w:type="spellStart"/>
      <w:r w:rsidRPr="00386DC0">
        <w:rPr>
          <w:rFonts w:ascii="Times New Roman" w:hAnsi="Times New Roman" w:cs="Times New Roman"/>
        </w:rPr>
        <w:t>previsto</w:t>
      </w:r>
      <w:proofErr w:type="spellEnd"/>
      <w:r w:rsidRPr="00386DC0">
        <w:rPr>
          <w:rFonts w:ascii="Times New Roman" w:hAnsi="Times New Roman" w:cs="Times New Roman"/>
        </w:rPr>
        <w:t xml:space="preserve"> de </w:t>
      </w:r>
      <w:proofErr w:type="spellStart"/>
      <w:r w:rsidRPr="00386DC0">
        <w:rPr>
          <w:rFonts w:ascii="Times New Roman" w:hAnsi="Times New Roman" w:cs="Times New Roman"/>
        </w:rPr>
        <w:t>créditos</w:t>
      </w:r>
      <w:proofErr w:type="spellEnd"/>
      <w:r w:rsidRPr="00386DC0">
        <w:rPr>
          <w:rFonts w:ascii="Times New Roman" w:hAnsi="Times New Roman" w:cs="Times New Roman"/>
        </w:rPr>
        <w:t>: _______</w:t>
      </w:r>
    </w:p>
    <w:p w14:paraId="7BA1E898" w14:textId="4D138F5A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64FD4B" w14:textId="77777777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i/>
          <w:iCs/>
          <w:u w:val="single"/>
          <w:lang w:val="pt-BR"/>
        </w:rPr>
      </w:pPr>
      <w:r w:rsidRPr="00371FEE">
        <w:rPr>
          <w:rFonts w:ascii="Times New Roman" w:hAnsi="Times New Roman" w:cs="Times New Roman"/>
          <w:i/>
          <w:iCs/>
          <w:u w:val="single"/>
          <w:lang w:val="pt-BR"/>
        </w:rPr>
        <w:t>4.3 Produção Científica Prevista</w:t>
      </w:r>
    </w:p>
    <w:p w14:paraId="7655D346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>Assinalar as metas previstas durante a formação integrada.</w:t>
      </w:r>
    </w:p>
    <w:p w14:paraId="55972B00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Segoe UI Symbol" w:hAnsi="Segoe UI Symbol" w:cs="Segoe UI Symbol"/>
          <w:lang w:val="pt-BR"/>
        </w:rPr>
        <w:t>☐</w:t>
      </w:r>
      <w:r w:rsidRPr="00386DC0">
        <w:rPr>
          <w:rFonts w:ascii="Times New Roman" w:hAnsi="Times New Roman" w:cs="Times New Roman"/>
          <w:lang w:val="pt-BR"/>
        </w:rPr>
        <w:t xml:space="preserve"> Resumos em eventos científicos</w:t>
      </w:r>
    </w:p>
    <w:p w14:paraId="23598188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Segoe UI Symbol" w:hAnsi="Segoe UI Symbol" w:cs="Segoe UI Symbol"/>
          <w:lang w:val="pt-BR"/>
        </w:rPr>
        <w:t>☐</w:t>
      </w:r>
      <w:r w:rsidRPr="00386DC0">
        <w:rPr>
          <w:rFonts w:ascii="Times New Roman" w:hAnsi="Times New Roman" w:cs="Times New Roman"/>
          <w:lang w:val="pt-BR"/>
        </w:rPr>
        <w:t xml:space="preserve"> Apresentação de trabalhos em eventos</w:t>
      </w:r>
    </w:p>
    <w:p w14:paraId="3BCB12C7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Segoe UI Symbol" w:hAnsi="Segoe UI Symbol" w:cs="Segoe UI Symbol"/>
          <w:lang w:val="pt-BR"/>
        </w:rPr>
        <w:t>☐</w:t>
      </w:r>
      <w:r w:rsidRPr="00386DC0">
        <w:rPr>
          <w:rFonts w:ascii="Times New Roman" w:hAnsi="Times New Roman" w:cs="Times New Roman"/>
          <w:lang w:val="pt-BR"/>
        </w:rPr>
        <w:t xml:space="preserve"> Artigo científico submetido</w:t>
      </w:r>
    </w:p>
    <w:p w14:paraId="789C23FF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Segoe UI Symbol" w:hAnsi="Segoe UI Symbol" w:cs="Segoe UI Symbol"/>
          <w:lang w:val="pt-BR"/>
        </w:rPr>
        <w:t>☐</w:t>
      </w:r>
      <w:r w:rsidRPr="00386DC0">
        <w:rPr>
          <w:rFonts w:ascii="Times New Roman" w:hAnsi="Times New Roman" w:cs="Times New Roman"/>
          <w:lang w:val="pt-BR"/>
        </w:rPr>
        <w:t xml:space="preserve"> Artigo científico publicado</w:t>
      </w:r>
    </w:p>
    <w:p w14:paraId="191DE753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DC0">
        <w:rPr>
          <w:rFonts w:ascii="Segoe UI Symbol" w:hAnsi="Segoe UI Symbol" w:cs="Segoe UI Symbol"/>
        </w:rPr>
        <w:t>☐</w:t>
      </w:r>
      <w:r w:rsidRPr="00386DC0">
        <w:rPr>
          <w:rFonts w:ascii="Times New Roman" w:hAnsi="Times New Roman" w:cs="Times New Roman"/>
        </w:rPr>
        <w:t xml:space="preserve"> </w:t>
      </w:r>
      <w:proofErr w:type="spellStart"/>
      <w:r w:rsidRPr="00386DC0">
        <w:rPr>
          <w:rFonts w:ascii="Times New Roman" w:hAnsi="Times New Roman" w:cs="Times New Roman"/>
        </w:rPr>
        <w:t>Capítulo</w:t>
      </w:r>
      <w:proofErr w:type="spellEnd"/>
      <w:r w:rsidRPr="00386DC0">
        <w:rPr>
          <w:rFonts w:ascii="Times New Roman" w:hAnsi="Times New Roman" w:cs="Times New Roman"/>
        </w:rPr>
        <w:t xml:space="preserve"> de </w:t>
      </w:r>
      <w:proofErr w:type="spellStart"/>
      <w:r w:rsidRPr="00386DC0">
        <w:rPr>
          <w:rFonts w:ascii="Times New Roman" w:hAnsi="Times New Roman" w:cs="Times New Roman"/>
        </w:rPr>
        <w:t>livro</w:t>
      </w:r>
      <w:proofErr w:type="spellEnd"/>
    </w:p>
    <w:p w14:paraId="2B400E08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DC0">
        <w:rPr>
          <w:rFonts w:ascii="Segoe UI Symbol" w:hAnsi="Segoe UI Symbol" w:cs="Segoe UI Symbol"/>
        </w:rPr>
        <w:t>☐</w:t>
      </w:r>
      <w:r w:rsidRPr="00386DC0">
        <w:rPr>
          <w:rFonts w:ascii="Times New Roman" w:hAnsi="Times New Roman" w:cs="Times New Roman"/>
        </w:rPr>
        <w:t xml:space="preserve"> Outro: __________________________________________</w:t>
      </w:r>
    </w:p>
    <w:p w14:paraId="53670932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Descrição</w:t>
      </w:r>
      <w:proofErr w:type="spellEnd"/>
      <w:r w:rsidRPr="00386DC0">
        <w:rPr>
          <w:rFonts w:ascii="Times New Roman" w:hAnsi="Times New Roman" w:cs="Times New Roman"/>
        </w:rPr>
        <w:t xml:space="preserve"> das </w:t>
      </w:r>
      <w:proofErr w:type="spellStart"/>
      <w:r w:rsidRPr="00386DC0">
        <w:rPr>
          <w:rFonts w:ascii="Times New Roman" w:hAnsi="Times New Roman" w:cs="Times New Roman"/>
        </w:rPr>
        <w:t>metas</w:t>
      </w:r>
      <w:proofErr w:type="spellEnd"/>
      <w:r w:rsidRPr="00386DC0">
        <w:rPr>
          <w:rFonts w:ascii="Times New Roman" w:hAnsi="Times New Roman" w:cs="Times New Roman"/>
        </w:rPr>
        <w:t>:</w:t>
      </w:r>
    </w:p>
    <w:p w14:paraId="32D89729" w14:textId="026F40EC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2BCB20" w14:textId="011A4D51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1C4C30" w14:textId="55A0E0E9" w:rsidR="00386DC0" w:rsidRPr="0011245E" w:rsidRDefault="0011245E" w:rsidP="00386DC0">
      <w:pPr>
        <w:spacing w:after="0" w:line="360" w:lineRule="auto"/>
        <w:jc w:val="both"/>
        <w:rPr>
          <w:rFonts w:ascii="Times New Roman" w:hAnsi="Times New Roman" w:cs="Times New Roman"/>
          <w:i/>
          <w:iCs/>
          <w:u w:val="single"/>
          <w:lang w:val="pt-BR"/>
        </w:rPr>
      </w:pPr>
      <w:r w:rsidRPr="0011245E">
        <w:rPr>
          <w:rFonts w:ascii="Times New Roman" w:hAnsi="Times New Roman" w:cs="Times New Roman"/>
          <w:i/>
          <w:iCs/>
          <w:u w:val="single"/>
          <w:lang w:val="pt-BR"/>
        </w:rPr>
        <w:t>4.4 Competências e Resultados de Aprendizagem Esperados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17"/>
        <w:gridCol w:w="3741"/>
        <w:gridCol w:w="2078"/>
        <w:gridCol w:w="1435"/>
      </w:tblGrid>
      <w:tr w:rsidR="0011245E" w14:paraId="2302CB38" w14:textId="77777777" w:rsidTr="003D703F">
        <w:tc>
          <w:tcPr>
            <w:tcW w:w="0" w:type="auto"/>
            <w:vAlign w:val="center"/>
          </w:tcPr>
          <w:p w14:paraId="6761DE0E" w14:textId="47634698" w:rsidR="0011245E" w:rsidRDefault="0011245E" w:rsidP="0011245E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11245E">
              <w:rPr>
                <w:rFonts w:ascii="Times New Roman" w:hAnsi="Times New Roman" w:cs="Times New Roman"/>
                <w:lang w:val="pt-BR"/>
              </w:rPr>
              <w:t>Competência a ser desenvolvida</w:t>
            </w:r>
          </w:p>
        </w:tc>
        <w:tc>
          <w:tcPr>
            <w:tcW w:w="0" w:type="auto"/>
            <w:vAlign w:val="center"/>
          </w:tcPr>
          <w:p w14:paraId="3090A8D0" w14:textId="25E621A5" w:rsidR="0011245E" w:rsidRDefault="0011245E" w:rsidP="0011245E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11245E">
              <w:rPr>
                <w:rFonts w:ascii="Times New Roman" w:hAnsi="Times New Roman" w:cs="Times New Roman"/>
                <w:lang w:val="pt-BR"/>
              </w:rPr>
              <w:t>Resultado(s) de aprendizagem esperado(s)</w:t>
            </w:r>
          </w:p>
        </w:tc>
        <w:tc>
          <w:tcPr>
            <w:tcW w:w="0" w:type="auto"/>
            <w:vAlign w:val="center"/>
          </w:tcPr>
          <w:p w14:paraId="38A8F25A" w14:textId="051474B7" w:rsidR="0011245E" w:rsidRDefault="0011245E" w:rsidP="0011245E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11245E">
              <w:rPr>
                <w:rFonts w:ascii="Times New Roman" w:hAnsi="Times New Roman" w:cs="Times New Roman"/>
                <w:lang w:val="pt-BR"/>
              </w:rPr>
              <w:t>Evidências de alcance</w:t>
            </w:r>
          </w:p>
        </w:tc>
        <w:tc>
          <w:tcPr>
            <w:tcW w:w="0" w:type="auto"/>
            <w:vAlign w:val="center"/>
          </w:tcPr>
          <w:p w14:paraId="446648C7" w14:textId="03BACDC5" w:rsidR="0011245E" w:rsidRDefault="0011245E" w:rsidP="0011245E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11245E">
              <w:rPr>
                <w:rFonts w:ascii="Times New Roman" w:hAnsi="Times New Roman" w:cs="Times New Roman"/>
                <w:lang w:val="pt-BR"/>
              </w:rPr>
              <w:t>Prazo previsto</w:t>
            </w:r>
          </w:p>
        </w:tc>
      </w:tr>
      <w:tr w:rsidR="0011245E" w:rsidRPr="003D703F" w14:paraId="0456369E" w14:textId="77777777" w:rsidTr="003D703F">
        <w:tc>
          <w:tcPr>
            <w:tcW w:w="0" w:type="auto"/>
            <w:vAlign w:val="center"/>
          </w:tcPr>
          <w:p w14:paraId="3D3ADD6A" w14:textId="0F8F80FE" w:rsidR="0011245E" w:rsidRPr="003D703F" w:rsidRDefault="0011245E" w:rsidP="0011245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164CFC95" w14:textId="2FC40F66" w:rsidR="0011245E" w:rsidRPr="003D703F" w:rsidRDefault="0011245E" w:rsidP="003D703F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2282A823" w14:textId="1267B629" w:rsidR="0011245E" w:rsidRPr="003D703F" w:rsidRDefault="0011245E" w:rsidP="003D70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09790F8C" w14:textId="69EBB410" w:rsidR="0011245E" w:rsidRPr="003D703F" w:rsidRDefault="0011245E" w:rsidP="00112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1245E" w:rsidRPr="003D703F" w14:paraId="5FC09CF1" w14:textId="77777777" w:rsidTr="003D703F">
        <w:tc>
          <w:tcPr>
            <w:tcW w:w="0" w:type="auto"/>
            <w:vAlign w:val="center"/>
          </w:tcPr>
          <w:p w14:paraId="7A7A0D2F" w14:textId="77777777" w:rsidR="0011245E" w:rsidRPr="003D703F" w:rsidRDefault="0011245E" w:rsidP="0011245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3758B059" w14:textId="77777777" w:rsidR="0011245E" w:rsidRPr="003D703F" w:rsidRDefault="0011245E" w:rsidP="003D70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60720BF0" w14:textId="77777777" w:rsidR="0011245E" w:rsidRPr="003D703F" w:rsidRDefault="0011245E" w:rsidP="003D70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1240EC94" w14:textId="77777777" w:rsidR="0011245E" w:rsidRPr="003D703F" w:rsidRDefault="0011245E" w:rsidP="00112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1245E" w:rsidRPr="003D703F" w14:paraId="60F86DAB" w14:textId="77777777" w:rsidTr="003D703F">
        <w:tc>
          <w:tcPr>
            <w:tcW w:w="0" w:type="auto"/>
            <w:vAlign w:val="center"/>
          </w:tcPr>
          <w:p w14:paraId="7B51A5B6" w14:textId="77777777" w:rsidR="0011245E" w:rsidRPr="003D703F" w:rsidRDefault="0011245E" w:rsidP="0011245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064F20FF" w14:textId="77777777" w:rsidR="0011245E" w:rsidRPr="003D703F" w:rsidRDefault="0011245E" w:rsidP="003D70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24B17D14" w14:textId="77777777" w:rsidR="0011245E" w:rsidRPr="003D703F" w:rsidRDefault="0011245E" w:rsidP="003D70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481822B6" w14:textId="77777777" w:rsidR="0011245E" w:rsidRPr="003D703F" w:rsidRDefault="0011245E" w:rsidP="00112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1245E" w:rsidRPr="003D703F" w14:paraId="54F7EC2A" w14:textId="77777777" w:rsidTr="003D703F">
        <w:tc>
          <w:tcPr>
            <w:tcW w:w="0" w:type="auto"/>
            <w:vAlign w:val="center"/>
          </w:tcPr>
          <w:p w14:paraId="359412E3" w14:textId="77777777" w:rsidR="0011245E" w:rsidRPr="003D703F" w:rsidRDefault="0011245E" w:rsidP="0011245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0CA5592C" w14:textId="77777777" w:rsidR="0011245E" w:rsidRPr="003D703F" w:rsidRDefault="0011245E" w:rsidP="003D70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3E5AA422" w14:textId="77777777" w:rsidR="0011245E" w:rsidRPr="003D703F" w:rsidRDefault="0011245E" w:rsidP="003D70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36577A34" w14:textId="77777777" w:rsidR="0011245E" w:rsidRPr="003D703F" w:rsidRDefault="0011245E" w:rsidP="00112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1245E" w:rsidRPr="003D703F" w14:paraId="6DE3DA51" w14:textId="77777777" w:rsidTr="003D703F">
        <w:tc>
          <w:tcPr>
            <w:tcW w:w="0" w:type="auto"/>
            <w:vAlign w:val="center"/>
          </w:tcPr>
          <w:p w14:paraId="462BE7D7" w14:textId="77777777" w:rsidR="0011245E" w:rsidRPr="003D703F" w:rsidRDefault="0011245E" w:rsidP="0011245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1D6A021E" w14:textId="77777777" w:rsidR="0011245E" w:rsidRPr="003D703F" w:rsidRDefault="0011245E" w:rsidP="003D70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06DFF8AB" w14:textId="77777777" w:rsidR="0011245E" w:rsidRPr="003D703F" w:rsidRDefault="0011245E" w:rsidP="003D70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9535B56" w14:textId="77777777" w:rsidR="0011245E" w:rsidRPr="003D703F" w:rsidRDefault="0011245E" w:rsidP="00112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234037EC" w14:textId="77777777" w:rsidR="0011245E" w:rsidRPr="0011245E" w:rsidRDefault="0011245E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01A3A4CF" w14:textId="77D6C026" w:rsidR="00386DC0" w:rsidRPr="00371FEE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i/>
          <w:iCs/>
          <w:u w:val="single"/>
        </w:rPr>
      </w:pPr>
      <w:r w:rsidRPr="00371FEE">
        <w:rPr>
          <w:rFonts w:ascii="Times New Roman" w:hAnsi="Times New Roman" w:cs="Times New Roman"/>
          <w:i/>
          <w:iCs/>
          <w:u w:val="single"/>
        </w:rPr>
        <w:t>4.</w:t>
      </w:r>
      <w:r w:rsidR="0011245E">
        <w:rPr>
          <w:rFonts w:ascii="Times New Roman" w:hAnsi="Times New Roman" w:cs="Times New Roman"/>
          <w:i/>
          <w:iCs/>
          <w:u w:val="single"/>
        </w:rPr>
        <w:t>5</w:t>
      </w:r>
      <w:r w:rsidRPr="00371FEE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71FEE">
        <w:rPr>
          <w:rFonts w:ascii="Times New Roman" w:hAnsi="Times New Roman" w:cs="Times New Roman"/>
          <w:i/>
          <w:iCs/>
          <w:u w:val="single"/>
        </w:rPr>
        <w:t>Cronograma</w:t>
      </w:r>
      <w:proofErr w:type="spellEnd"/>
      <w:r w:rsidRPr="00371FEE">
        <w:rPr>
          <w:rFonts w:ascii="Times New Roman" w:hAnsi="Times New Roman" w:cs="Times New Roman"/>
          <w:i/>
          <w:iCs/>
          <w:u w:val="single"/>
        </w:rPr>
        <w:t xml:space="preserve"> Geral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255"/>
        <w:gridCol w:w="8916"/>
      </w:tblGrid>
      <w:tr w:rsidR="00386DC0" w:rsidRPr="00386DC0" w14:paraId="7FBDACD5" w14:textId="77777777" w:rsidTr="003D703F">
        <w:tc>
          <w:tcPr>
            <w:tcW w:w="1255" w:type="dxa"/>
            <w:vAlign w:val="center"/>
            <w:hideMark/>
          </w:tcPr>
          <w:p w14:paraId="7DF644BB" w14:textId="77777777" w:rsidR="00386DC0" w:rsidRPr="00386DC0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6DC0">
              <w:rPr>
                <w:rFonts w:ascii="Times New Roman" w:hAnsi="Times New Roman" w:cs="Times New Roman"/>
              </w:rPr>
              <w:t>Semestre</w:t>
            </w:r>
            <w:proofErr w:type="spellEnd"/>
          </w:p>
        </w:tc>
        <w:tc>
          <w:tcPr>
            <w:tcW w:w="8916" w:type="dxa"/>
            <w:vAlign w:val="center"/>
            <w:hideMark/>
          </w:tcPr>
          <w:p w14:paraId="6BB7A83A" w14:textId="77777777" w:rsidR="00386DC0" w:rsidRPr="00386DC0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6DC0">
              <w:rPr>
                <w:rFonts w:ascii="Times New Roman" w:hAnsi="Times New Roman" w:cs="Times New Roman"/>
              </w:rPr>
              <w:t>Atividades</w:t>
            </w:r>
            <w:proofErr w:type="spellEnd"/>
            <w:r w:rsidRPr="00386D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6DC0">
              <w:rPr>
                <w:rFonts w:ascii="Times New Roman" w:hAnsi="Times New Roman" w:cs="Times New Roman"/>
              </w:rPr>
              <w:t>Previstas</w:t>
            </w:r>
            <w:proofErr w:type="spellEnd"/>
          </w:p>
        </w:tc>
      </w:tr>
      <w:tr w:rsidR="00386DC0" w:rsidRPr="00386DC0" w14:paraId="551FD212" w14:textId="77777777" w:rsidTr="003D703F">
        <w:tc>
          <w:tcPr>
            <w:tcW w:w="1255" w:type="dxa"/>
            <w:vAlign w:val="center"/>
            <w:hideMark/>
          </w:tcPr>
          <w:p w14:paraId="2A9C59A5" w14:textId="77777777" w:rsidR="00386DC0" w:rsidRPr="00386DC0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r w:rsidRPr="00386DC0">
              <w:rPr>
                <w:rFonts w:ascii="Times New Roman" w:hAnsi="Times New Roman" w:cs="Times New Roman"/>
              </w:rPr>
              <w:t>1º</w:t>
            </w:r>
          </w:p>
        </w:tc>
        <w:tc>
          <w:tcPr>
            <w:tcW w:w="8916" w:type="dxa"/>
            <w:vAlign w:val="center"/>
            <w:hideMark/>
          </w:tcPr>
          <w:p w14:paraId="4B27E8EE" w14:textId="77777777" w:rsidR="00386DC0" w:rsidRPr="0011245E" w:rsidRDefault="00386DC0" w:rsidP="00371F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DC0" w:rsidRPr="00386DC0" w14:paraId="54D380B7" w14:textId="77777777" w:rsidTr="003D703F">
        <w:tc>
          <w:tcPr>
            <w:tcW w:w="1255" w:type="dxa"/>
            <w:vAlign w:val="center"/>
            <w:hideMark/>
          </w:tcPr>
          <w:p w14:paraId="40CACDB0" w14:textId="77777777" w:rsidR="00386DC0" w:rsidRPr="00386DC0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r w:rsidRPr="00386DC0">
              <w:rPr>
                <w:rFonts w:ascii="Times New Roman" w:hAnsi="Times New Roman" w:cs="Times New Roman"/>
              </w:rPr>
              <w:t>2º</w:t>
            </w:r>
          </w:p>
        </w:tc>
        <w:tc>
          <w:tcPr>
            <w:tcW w:w="8916" w:type="dxa"/>
            <w:vAlign w:val="center"/>
            <w:hideMark/>
          </w:tcPr>
          <w:p w14:paraId="3F41A7EA" w14:textId="77777777" w:rsidR="00386DC0" w:rsidRPr="0011245E" w:rsidRDefault="00386DC0" w:rsidP="00371F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DC0" w:rsidRPr="00386DC0" w14:paraId="572B57A8" w14:textId="77777777" w:rsidTr="003D703F">
        <w:tc>
          <w:tcPr>
            <w:tcW w:w="1255" w:type="dxa"/>
            <w:vAlign w:val="center"/>
            <w:hideMark/>
          </w:tcPr>
          <w:p w14:paraId="50FDDBF9" w14:textId="77777777" w:rsidR="00386DC0" w:rsidRPr="00386DC0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r w:rsidRPr="00386DC0">
              <w:rPr>
                <w:rFonts w:ascii="Times New Roman" w:hAnsi="Times New Roman" w:cs="Times New Roman"/>
              </w:rPr>
              <w:t>3º</w:t>
            </w:r>
          </w:p>
        </w:tc>
        <w:tc>
          <w:tcPr>
            <w:tcW w:w="8916" w:type="dxa"/>
            <w:vAlign w:val="center"/>
            <w:hideMark/>
          </w:tcPr>
          <w:p w14:paraId="35ECC416" w14:textId="77777777" w:rsidR="00386DC0" w:rsidRPr="0011245E" w:rsidRDefault="00386DC0" w:rsidP="00371F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DC0" w:rsidRPr="00386DC0" w14:paraId="0F1E4EE2" w14:textId="77777777" w:rsidTr="003D703F">
        <w:tc>
          <w:tcPr>
            <w:tcW w:w="1255" w:type="dxa"/>
            <w:vAlign w:val="center"/>
            <w:hideMark/>
          </w:tcPr>
          <w:p w14:paraId="34CEB5CD" w14:textId="77777777" w:rsidR="00386DC0" w:rsidRPr="00386DC0" w:rsidRDefault="00386DC0" w:rsidP="00371FEE">
            <w:pPr>
              <w:jc w:val="center"/>
              <w:rPr>
                <w:rFonts w:ascii="Times New Roman" w:hAnsi="Times New Roman" w:cs="Times New Roman"/>
              </w:rPr>
            </w:pPr>
            <w:r w:rsidRPr="00386DC0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8916" w:type="dxa"/>
            <w:vAlign w:val="center"/>
            <w:hideMark/>
          </w:tcPr>
          <w:p w14:paraId="79215748" w14:textId="77777777" w:rsidR="00386DC0" w:rsidRPr="0011245E" w:rsidRDefault="00386DC0" w:rsidP="00371F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C4F2F8" w14:textId="28434099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A9D6C7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386DC0">
        <w:rPr>
          <w:rFonts w:ascii="Times New Roman" w:hAnsi="Times New Roman" w:cs="Times New Roman"/>
          <w:b/>
          <w:bCs/>
          <w:lang w:val="pt-BR"/>
        </w:rPr>
        <w:t>5. Acompanhamento</w:t>
      </w:r>
    </w:p>
    <w:p w14:paraId="4CA18375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 xml:space="preserve">O estudante deverá apresentar </w:t>
      </w:r>
      <w:r w:rsidRPr="00386DC0">
        <w:rPr>
          <w:rFonts w:ascii="Times New Roman" w:hAnsi="Times New Roman" w:cs="Times New Roman"/>
          <w:b/>
          <w:bCs/>
          <w:lang w:val="pt-BR"/>
        </w:rPr>
        <w:t>Relatórios Semestrais de Acompanhamento</w:t>
      </w:r>
      <w:r w:rsidRPr="00386DC0">
        <w:rPr>
          <w:rFonts w:ascii="Times New Roman" w:hAnsi="Times New Roman" w:cs="Times New Roman"/>
          <w:lang w:val="pt-BR"/>
        </w:rPr>
        <w:t>, contendo, no mínimo:</w:t>
      </w:r>
    </w:p>
    <w:p w14:paraId="6B3D004F" w14:textId="77777777" w:rsidR="00386DC0" w:rsidRPr="00386DC0" w:rsidRDefault="00386DC0" w:rsidP="00386DC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atividades</w:t>
      </w:r>
      <w:proofErr w:type="spellEnd"/>
      <w:r w:rsidRPr="00386DC0">
        <w:rPr>
          <w:rFonts w:ascii="Times New Roman" w:hAnsi="Times New Roman" w:cs="Times New Roman"/>
        </w:rPr>
        <w:t xml:space="preserve"> </w:t>
      </w:r>
      <w:proofErr w:type="spellStart"/>
      <w:r w:rsidRPr="00386DC0">
        <w:rPr>
          <w:rFonts w:ascii="Times New Roman" w:hAnsi="Times New Roman" w:cs="Times New Roman"/>
        </w:rPr>
        <w:t>desenvolvidas</w:t>
      </w:r>
      <w:proofErr w:type="spellEnd"/>
      <w:r w:rsidRPr="00386DC0">
        <w:rPr>
          <w:rFonts w:ascii="Times New Roman" w:hAnsi="Times New Roman" w:cs="Times New Roman"/>
        </w:rPr>
        <w:t>;</w:t>
      </w:r>
    </w:p>
    <w:p w14:paraId="1E41CA9E" w14:textId="77777777" w:rsidR="00386DC0" w:rsidRPr="00386DC0" w:rsidRDefault="00386DC0" w:rsidP="00386DC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disciplinas</w:t>
      </w:r>
      <w:proofErr w:type="spellEnd"/>
      <w:r w:rsidRPr="00386DC0">
        <w:rPr>
          <w:rFonts w:ascii="Times New Roman" w:hAnsi="Times New Roman" w:cs="Times New Roman"/>
        </w:rPr>
        <w:t xml:space="preserve"> </w:t>
      </w:r>
      <w:proofErr w:type="spellStart"/>
      <w:r w:rsidRPr="00386DC0">
        <w:rPr>
          <w:rFonts w:ascii="Times New Roman" w:hAnsi="Times New Roman" w:cs="Times New Roman"/>
        </w:rPr>
        <w:t>cursadas</w:t>
      </w:r>
      <w:proofErr w:type="spellEnd"/>
      <w:r w:rsidRPr="00386DC0">
        <w:rPr>
          <w:rFonts w:ascii="Times New Roman" w:hAnsi="Times New Roman" w:cs="Times New Roman"/>
        </w:rPr>
        <w:t>;</w:t>
      </w:r>
    </w:p>
    <w:p w14:paraId="5D06C2DF" w14:textId="77777777" w:rsidR="00386DC0" w:rsidRPr="00386DC0" w:rsidRDefault="00386DC0" w:rsidP="00386DC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desempenho</w:t>
      </w:r>
      <w:proofErr w:type="spellEnd"/>
      <w:r w:rsidRPr="00386DC0">
        <w:rPr>
          <w:rFonts w:ascii="Times New Roman" w:hAnsi="Times New Roman" w:cs="Times New Roman"/>
        </w:rPr>
        <w:t xml:space="preserve"> </w:t>
      </w:r>
      <w:proofErr w:type="spellStart"/>
      <w:r w:rsidRPr="00386DC0">
        <w:rPr>
          <w:rFonts w:ascii="Times New Roman" w:hAnsi="Times New Roman" w:cs="Times New Roman"/>
        </w:rPr>
        <w:t>acadêmico</w:t>
      </w:r>
      <w:proofErr w:type="spellEnd"/>
      <w:r w:rsidRPr="00386DC0">
        <w:rPr>
          <w:rFonts w:ascii="Times New Roman" w:hAnsi="Times New Roman" w:cs="Times New Roman"/>
        </w:rPr>
        <w:t>;</w:t>
      </w:r>
    </w:p>
    <w:p w14:paraId="676EDD0B" w14:textId="77777777" w:rsidR="00386DC0" w:rsidRPr="00386DC0" w:rsidRDefault="00386DC0" w:rsidP="00386DC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atividades</w:t>
      </w:r>
      <w:proofErr w:type="spellEnd"/>
      <w:r w:rsidRPr="00386DC0">
        <w:rPr>
          <w:rFonts w:ascii="Times New Roman" w:hAnsi="Times New Roman" w:cs="Times New Roman"/>
        </w:rPr>
        <w:t xml:space="preserve"> de </w:t>
      </w:r>
      <w:proofErr w:type="spellStart"/>
      <w:r w:rsidRPr="00386DC0">
        <w:rPr>
          <w:rFonts w:ascii="Times New Roman" w:hAnsi="Times New Roman" w:cs="Times New Roman"/>
        </w:rPr>
        <w:t>pesquisa</w:t>
      </w:r>
      <w:proofErr w:type="spellEnd"/>
      <w:r w:rsidRPr="00386DC0">
        <w:rPr>
          <w:rFonts w:ascii="Times New Roman" w:hAnsi="Times New Roman" w:cs="Times New Roman"/>
        </w:rPr>
        <w:t xml:space="preserve"> </w:t>
      </w:r>
      <w:proofErr w:type="spellStart"/>
      <w:r w:rsidRPr="00386DC0">
        <w:rPr>
          <w:rFonts w:ascii="Times New Roman" w:hAnsi="Times New Roman" w:cs="Times New Roman"/>
        </w:rPr>
        <w:t>realizadas</w:t>
      </w:r>
      <w:proofErr w:type="spellEnd"/>
      <w:r w:rsidRPr="00386DC0">
        <w:rPr>
          <w:rFonts w:ascii="Times New Roman" w:hAnsi="Times New Roman" w:cs="Times New Roman"/>
        </w:rPr>
        <w:t>;</w:t>
      </w:r>
    </w:p>
    <w:p w14:paraId="2322EEC0" w14:textId="77777777" w:rsidR="00386DC0" w:rsidRPr="00386DC0" w:rsidRDefault="00386DC0" w:rsidP="00386DC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produção</w:t>
      </w:r>
      <w:proofErr w:type="spellEnd"/>
      <w:r w:rsidRPr="00386DC0">
        <w:rPr>
          <w:rFonts w:ascii="Times New Roman" w:hAnsi="Times New Roman" w:cs="Times New Roman"/>
        </w:rPr>
        <w:t xml:space="preserve"> </w:t>
      </w:r>
      <w:proofErr w:type="spellStart"/>
      <w:r w:rsidRPr="00386DC0">
        <w:rPr>
          <w:rFonts w:ascii="Times New Roman" w:hAnsi="Times New Roman" w:cs="Times New Roman"/>
        </w:rPr>
        <w:t>científica</w:t>
      </w:r>
      <w:proofErr w:type="spellEnd"/>
      <w:r w:rsidRPr="00386DC0">
        <w:rPr>
          <w:rFonts w:ascii="Times New Roman" w:hAnsi="Times New Roman" w:cs="Times New Roman"/>
        </w:rPr>
        <w:t xml:space="preserve"> </w:t>
      </w:r>
      <w:proofErr w:type="spellStart"/>
      <w:r w:rsidRPr="00386DC0">
        <w:rPr>
          <w:rFonts w:ascii="Times New Roman" w:hAnsi="Times New Roman" w:cs="Times New Roman"/>
        </w:rPr>
        <w:t>obtida</w:t>
      </w:r>
      <w:proofErr w:type="spellEnd"/>
      <w:r w:rsidRPr="00386DC0">
        <w:rPr>
          <w:rFonts w:ascii="Times New Roman" w:hAnsi="Times New Roman" w:cs="Times New Roman"/>
        </w:rPr>
        <w:t>;</w:t>
      </w:r>
    </w:p>
    <w:p w14:paraId="0E2E09FA" w14:textId="77777777" w:rsidR="00386DC0" w:rsidRPr="00386DC0" w:rsidRDefault="00386DC0" w:rsidP="00386DC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cronograma</w:t>
      </w:r>
      <w:proofErr w:type="spellEnd"/>
      <w:r w:rsidRPr="00386DC0">
        <w:rPr>
          <w:rFonts w:ascii="Times New Roman" w:hAnsi="Times New Roman" w:cs="Times New Roman"/>
        </w:rPr>
        <w:t xml:space="preserve"> </w:t>
      </w:r>
      <w:proofErr w:type="spellStart"/>
      <w:r w:rsidRPr="00386DC0">
        <w:rPr>
          <w:rFonts w:ascii="Times New Roman" w:hAnsi="Times New Roman" w:cs="Times New Roman"/>
        </w:rPr>
        <w:t>atualizado</w:t>
      </w:r>
      <w:proofErr w:type="spellEnd"/>
      <w:r w:rsidRPr="00386DC0">
        <w:rPr>
          <w:rFonts w:ascii="Times New Roman" w:hAnsi="Times New Roman" w:cs="Times New Roman"/>
        </w:rPr>
        <w:t>;</w:t>
      </w:r>
    </w:p>
    <w:p w14:paraId="17418793" w14:textId="77777777" w:rsidR="00386DC0" w:rsidRPr="00386DC0" w:rsidRDefault="00386DC0" w:rsidP="00386DC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manifestação</w:t>
      </w:r>
      <w:proofErr w:type="spellEnd"/>
      <w:r w:rsidRPr="00386DC0">
        <w:rPr>
          <w:rFonts w:ascii="Times New Roman" w:hAnsi="Times New Roman" w:cs="Times New Roman"/>
        </w:rPr>
        <w:t xml:space="preserve"> do </w:t>
      </w:r>
      <w:proofErr w:type="spellStart"/>
      <w:r w:rsidRPr="00386DC0">
        <w:rPr>
          <w:rFonts w:ascii="Times New Roman" w:hAnsi="Times New Roman" w:cs="Times New Roman"/>
        </w:rPr>
        <w:t>orientador</w:t>
      </w:r>
      <w:proofErr w:type="spellEnd"/>
      <w:r w:rsidRPr="00386DC0">
        <w:rPr>
          <w:rFonts w:ascii="Times New Roman" w:hAnsi="Times New Roman" w:cs="Times New Roman"/>
        </w:rPr>
        <w:t>.</w:t>
      </w:r>
    </w:p>
    <w:p w14:paraId="47FADE61" w14:textId="3711ED46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32101E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386DC0">
        <w:rPr>
          <w:rFonts w:ascii="Times New Roman" w:hAnsi="Times New Roman" w:cs="Times New Roman"/>
          <w:b/>
          <w:bCs/>
          <w:lang w:val="pt-BR"/>
        </w:rPr>
        <w:t>6. Critérios para Conclusão da Formação Integrada</w:t>
      </w:r>
    </w:p>
    <w:p w14:paraId="61A149C7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>A formação integrada será considerada concluída com êxito quando o estudante:</w:t>
      </w:r>
    </w:p>
    <w:p w14:paraId="0398534E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 xml:space="preserve">I – </w:t>
      </w:r>
      <w:proofErr w:type="gramStart"/>
      <w:r w:rsidRPr="00386DC0">
        <w:rPr>
          <w:rFonts w:ascii="Times New Roman" w:hAnsi="Times New Roman" w:cs="Times New Roman"/>
          <w:lang w:val="pt-BR"/>
        </w:rPr>
        <w:t>cumprir</w:t>
      </w:r>
      <w:proofErr w:type="gramEnd"/>
      <w:r w:rsidRPr="00386DC0">
        <w:rPr>
          <w:rFonts w:ascii="Times New Roman" w:hAnsi="Times New Roman" w:cs="Times New Roman"/>
          <w:lang w:val="pt-BR"/>
        </w:rPr>
        <w:t xml:space="preserve"> integralmente este Plano de Formação;</w:t>
      </w:r>
    </w:p>
    <w:p w14:paraId="05C07C0E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 xml:space="preserve">II – </w:t>
      </w:r>
      <w:proofErr w:type="gramStart"/>
      <w:r w:rsidRPr="00386DC0">
        <w:rPr>
          <w:rFonts w:ascii="Times New Roman" w:hAnsi="Times New Roman" w:cs="Times New Roman"/>
          <w:lang w:val="pt-BR"/>
        </w:rPr>
        <w:t>obtiver</w:t>
      </w:r>
      <w:proofErr w:type="gramEnd"/>
      <w:r w:rsidRPr="00386DC0">
        <w:rPr>
          <w:rFonts w:ascii="Times New Roman" w:hAnsi="Times New Roman" w:cs="Times New Roman"/>
          <w:lang w:val="pt-BR"/>
        </w:rPr>
        <w:t xml:space="preserve"> aprovação em todas as disciplinas de pós-graduação previstas;</w:t>
      </w:r>
    </w:p>
    <w:p w14:paraId="4463D8B6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lastRenderedPageBreak/>
        <w:t>III – apresentar desempenho satisfatório nas atividades de pesquisa, conforme critérios definidos pelo Colegiado do PPGCTA;</w:t>
      </w:r>
    </w:p>
    <w:p w14:paraId="457D9DBA" w14:textId="45C8590A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 xml:space="preserve">IV – </w:t>
      </w:r>
      <w:proofErr w:type="gramStart"/>
      <w:r w:rsidRPr="00386DC0">
        <w:rPr>
          <w:rFonts w:ascii="Times New Roman" w:hAnsi="Times New Roman" w:cs="Times New Roman"/>
          <w:lang w:val="pt-BR"/>
        </w:rPr>
        <w:t>apresentar</w:t>
      </w:r>
      <w:proofErr w:type="gramEnd"/>
      <w:r w:rsidRPr="00386DC0">
        <w:rPr>
          <w:rFonts w:ascii="Times New Roman" w:hAnsi="Times New Roman" w:cs="Times New Roman"/>
          <w:lang w:val="pt-BR"/>
        </w:rPr>
        <w:t xml:space="preserve"> Relatório Final de Atividades aprovado pela Comissão de Seleção e homologado pelo Colegiado do PPGCTA.</w:t>
      </w:r>
    </w:p>
    <w:p w14:paraId="7F18B9B7" w14:textId="320CC0D5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29996D1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386DC0">
        <w:rPr>
          <w:rFonts w:ascii="Times New Roman" w:hAnsi="Times New Roman" w:cs="Times New Roman"/>
          <w:b/>
          <w:bCs/>
          <w:lang w:val="pt-BR"/>
        </w:rPr>
        <w:t>7. Declaração de Anuência e Compromisso do Orientador</w:t>
      </w:r>
    </w:p>
    <w:p w14:paraId="093BBB27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 xml:space="preserve">Na qualidade de docente permanente do Programa de Pós-Graduação em Ciência e Tecnologia dos Alimentos (PPGCTA), declaro que analisei o presente Plano de Formação Integrada, manifesto minha concordância com sua execução e assumo o compromisso de acompanhar integralmente o estudante durante sua participação no Programa </w:t>
      </w:r>
      <w:proofErr w:type="spellStart"/>
      <w:r w:rsidRPr="00386DC0">
        <w:rPr>
          <w:rFonts w:ascii="Times New Roman" w:hAnsi="Times New Roman" w:cs="Times New Roman"/>
          <w:lang w:val="pt-BR"/>
        </w:rPr>
        <w:t>GradPG</w:t>
      </w:r>
      <w:proofErr w:type="spellEnd"/>
      <w:r w:rsidRPr="00386DC0">
        <w:rPr>
          <w:rFonts w:ascii="Times New Roman" w:hAnsi="Times New Roman" w:cs="Times New Roman"/>
          <w:lang w:val="pt-BR"/>
        </w:rPr>
        <w:t>.</w:t>
      </w:r>
    </w:p>
    <w:p w14:paraId="538777F2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Comprometo</w:t>
      </w:r>
      <w:proofErr w:type="spellEnd"/>
      <w:r w:rsidRPr="00386DC0">
        <w:rPr>
          <w:rFonts w:ascii="Times New Roman" w:hAnsi="Times New Roman" w:cs="Times New Roman"/>
        </w:rPr>
        <w:t>-me a:</w:t>
      </w:r>
    </w:p>
    <w:p w14:paraId="0F116246" w14:textId="77777777" w:rsidR="00386DC0" w:rsidRPr="00386DC0" w:rsidRDefault="00386DC0" w:rsidP="00386DC0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>orientar o estudante nas atividades de formação durante a graduação;</w:t>
      </w:r>
    </w:p>
    <w:p w14:paraId="28F3C55D" w14:textId="77777777" w:rsidR="00386DC0" w:rsidRPr="00386DC0" w:rsidRDefault="00386DC0" w:rsidP="00386DC0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>garantir a continuidade da orientação do estudante após o ingresso na pós-graduação;</w:t>
      </w:r>
    </w:p>
    <w:p w14:paraId="2AE74186" w14:textId="77777777" w:rsidR="00386DC0" w:rsidRPr="00386DC0" w:rsidRDefault="00386DC0" w:rsidP="00386DC0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>supervisionar a execução do Plano de Formação Integrada.</w:t>
      </w:r>
    </w:p>
    <w:p w14:paraId="04C98920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 xml:space="preserve">Declaro, ainda, estar ciente das responsabilidades previstas no Regulamento do Programa </w:t>
      </w:r>
      <w:proofErr w:type="spellStart"/>
      <w:r w:rsidRPr="00386DC0">
        <w:rPr>
          <w:rFonts w:ascii="Times New Roman" w:hAnsi="Times New Roman" w:cs="Times New Roman"/>
          <w:lang w:val="pt-BR"/>
        </w:rPr>
        <w:t>GradPG</w:t>
      </w:r>
      <w:proofErr w:type="spellEnd"/>
      <w:r w:rsidRPr="00386DC0">
        <w:rPr>
          <w:rFonts w:ascii="Times New Roman" w:hAnsi="Times New Roman" w:cs="Times New Roman"/>
          <w:lang w:val="pt-BR"/>
        </w:rPr>
        <w:t xml:space="preserve"> e nas normas do PPGCTA.</w:t>
      </w:r>
    </w:p>
    <w:p w14:paraId="7E99A475" w14:textId="77777777" w:rsidR="00371FEE" w:rsidRDefault="00371FEE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2F58E72E" w14:textId="77777777" w:rsidR="003D703F" w:rsidRDefault="003D703F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674711FD" w14:textId="37FA39C6" w:rsidR="00371FEE" w:rsidRDefault="00371FEE" w:rsidP="00371FEE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__________________</w:t>
      </w:r>
      <w:r>
        <w:rPr>
          <w:rFonts w:ascii="Times New Roman" w:hAnsi="Times New Roman" w:cs="Times New Roman"/>
          <w:lang w:val="pt-BR"/>
        </w:rPr>
        <w:t>__________________________________</w:t>
      </w:r>
      <w:r w:rsidRPr="0042578B">
        <w:rPr>
          <w:rFonts w:ascii="Times New Roman" w:hAnsi="Times New Roman" w:cs="Times New Roman"/>
          <w:lang w:val="pt-BR"/>
        </w:rPr>
        <w:t>__</w:t>
      </w:r>
      <w:r>
        <w:rPr>
          <w:rFonts w:ascii="Times New Roman" w:hAnsi="Times New Roman" w:cs="Times New Roman"/>
          <w:lang w:val="pt-BR"/>
        </w:rPr>
        <w:br/>
      </w:r>
      <w:r w:rsidRPr="0042578B">
        <w:rPr>
          <w:rFonts w:ascii="Times New Roman" w:hAnsi="Times New Roman" w:cs="Times New Roman"/>
          <w:lang w:val="pt-BR"/>
        </w:rPr>
        <w:t xml:space="preserve">Assinatura do(a) </w:t>
      </w:r>
      <w:r>
        <w:rPr>
          <w:rFonts w:ascii="Times New Roman" w:hAnsi="Times New Roman" w:cs="Times New Roman"/>
          <w:lang w:val="pt-BR"/>
        </w:rPr>
        <w:t>orientador</w:t>
      </w:r>
      <w:r w:rsidRPr="0042578B">
        <w:rPr>
          <w:rFonts w:ascii="Times New Roman" w:hAnsi="Times New Roman" w:cs="Times New Roman"/>
          <w:lang w:val="pt-BR"/>
        </w:rPr>
        <w:t>(a)</w:t>
      </w:r>
      <w:r>
        <w:rPr>
          <w:rFonts w:ascii="Times New Roman" w:hAnsi="Times New Roman" w:cs="Times New Roman"/>
          <w:lang w:val="pt-BR"/>
        </w:rPr>
        <w:t xml:space="preserve"> – GOV.BR</w:t>
      </w:r>
    </w:p>
    <w:p w14:paraId="1E16CC85" w14:textId="082CA83A" w:rsidR="00386DC0" w:rsidRPr="003D703F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6BB0D578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386DC0">
        <w:rPr>
          <w:rFonts w:ascii="Times New Roman" w:hAnsi="Times New Roman" w:cs="Times New Roman"/>
          <w:b/>
          <w:bCs/>
          <w:lang w:val="pt-BR"/>
        </w:rPr>
        <w:t>8. Ciência do Estudante</w:t>
      </w:r>
    </w:p>
    <w:p w14:paraId="79FA3D8C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 xml:space="preserve">Declaro estar ciente das atividades previstas neste Plano de Formação Integrada, comprometendo-me a cumpri-las integralmente e a observar as normas do Programa </w:t>
      </w:r>
      <w:proofErr w:type="spellStart"/>
      <w:r w:rsidRPr="00386DC0">
        <w:rPr>
          <w:rFonts w:ascii="Times New Roman" w:hAnsi="Times New Roman" w:cs="Times New Roman"/>
          <w:lang w:val="pt-BR"/>
        </w:rPr>
        <w:t>GradPG</w:t>
      </w:r>
      <w:proofErr w:type="spellEnd"/>
      <w:r w:rsidRPr="00386DC0">
        <w:rPr>
          <w:rFonts w:ascii="Times New Roman" w:hAnsi="Times New Roman" w:cs="Times New Roman"/>
          <w:lang w:val="pt-BR"/>
        </w:rPr>
        <w:t>, do PPGCTA e da UFSM.</w:t>
      </w:r>
    </w:p>
    <w:p w14:paraId="4C67CC6F" w14:textId="77777777" w:rsidR="00371FEE" w:rsidRDefault="00371FEE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451AA80C" w14:textId="77777777" w:rsidR="00371FEE" w:rsidRDefault="00371FEE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2AADB984" w14:textId="5219F9DF" w:rsidR="00371FEE" w:rsidRDefault="00371FEE" w:rsidP="00371FEE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__________________</w:t>
      </w:r>
      <w:r>
        <w:rPr>
          <w:rFonts w:ascii="Times New Roman" w:hAnsi="Times New Roman" w:cs="Times New Roman"/>
          <w:lang w:val="pt-BR"/>
        </w:rPr>
        <w:t>__________________________________</w:t>
      </w:r>
      <w:r w:rsidRPr="0042578B">
        <w:rPr>
          <w:rFonts w:ascii="Times New Roman" w:hAnsi="Times New Roman" w:cs="Times New Roman"/>
          <w:lang w:val="pt-BR"/>
        </w:rPr>
        <w:t>__</w:t>
      </w:r>
      <w:r>
        <w:rPr>
          <w:rFonts w:ascii="Times New Roman" w:hAnsi="Times New Roman" w:cs="Times New Roman"/>
          <w:lang w:val="pt-BR"/>
        </w:rPr>
        <w:br/>
      </w:r>
      <w:r w:rsidRPr="0042578B">
        <w:rPr>
          <w:rFonts w:ascii="Times New Roman" w:hAnsi="Times New Roman" w:cs="Times New Roman"/>
          <w:lang w:val="pt-BR"/>
        </w:rPr>
        <w:t xml:space="preserve">Assinatura do(a) </w:t>
      </w:r>
      <w:r>
        <w:rPr>
          <w:rFonts w:ascii="Times New Roman" w:hAnsi="Times New Roman" w:cs="Times New Roman"/>
          <w:lang w:val="pt-BR"/>
        </w:rPr>
        <w:t>estudante</w:t>
      </w:r>
      <w:r>
        <w:rPr>
          <w:rFonts w:ascii="Times New Roman" w:hAnsi="Times New Roman" w:cs="Times New Roman"/>
          <w:lang w:val="pt-BR"/>
        </w:rPr>
        <w:t xml:space="preserve"> – GOV.BR</w:t>
      </w:r>
    </w:p>
    <w:p w14:paraId="65B2B8AB" w14:textId="77777777" w:rsidR="00371FEE" w:rsidRPr="00371FEE" w:rsidRDefault="00371FEE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614834F0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386DC0">
        <w:rPr>
          <w:rFonts w:ascii="Times New Roman" w:hAnsi="Times New Roman" w:cs="Times New Roman"/>
          <w:b/>
          <w:bCs/>
          <w:lang w:val="pt-BR"/>
        </w:rPr>
        <w:t>9. Aprovação</w:t>
      </w:r>
    </w:p>
    <w:p w14:paraId="2A23D46C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 xml:space="preserve">Parecer da Comissão de Seleção e Acompanhamento do Programa </w:t>
      </w:r>
      <w:proofErr w:type="spellStart"/>
      <w:r w:rsidRPr="00386DC0">
        <w:rPr>
          <w:rFonts w:ascii="Times New Roman" w:hAnsi="Times New Roman" w:cs="Times New Roman"/>
          <w:lang w:val="pt-BR"/>
        </w:rPr>
        <w:t>GradPG</w:t>
      </w:r>
      <w:proofErr w:type="spellEnd"/>
      <w:r w:rsidRPr="00386DC0">
        <w:rPr>
          <w:rFonts w:ascii="Times New Roman" w:hAnsi="Times New Roman" w:cs="Times New Roman"/>
          <w:lang w:val="pt-BR"/>
        </w:rPr>
        <w:t>:</w:t>
      </w:r>
    </w:p>
    <w:p w14:paraId="3B990907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 w:rsidRPr="00386DC0">
        <w:rPr>
          <w:rFonts w:ascii="Times New Roman" w:hAnsi="Times New Roman" w:cs="Times New Roman"/>
          <w:lang w:val="pt-BR"/>
        </w:rPr>
        <w:t>( )</w:t>
      </w:r>
      <w:proofErr w:type="gramEnd"/>
      <w:r w:rsidRPr="00386DC0">
        <w:rPr>
          <w:rFonts w:ascii="Times New Roman" w:hAnsi="Times New Roman" w:cs="Times New Roman"/>
          <w:lang w:val="pt-BR"/>
        </w:rPr>
        <w:t xml:space="preserve"> Aprovado</w:t>
      </w:r>
    </w:p>
    <w:p w14:paraId="78FC2A8E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 w:rsidRPr="00386DC0">
        <w:rPr>
          <w:rFonts w:ascii="Times New Roman" w:hAnsi="Times New Roman" w:cs="Times New Roman"/>
          <w:lang w:val="pt-BR"/>
        </w:rPr>
        <w:t>( )</w:t>
      </w:r>
      <w:proofErr w:type="gramEnd"/>
      <w:r w:rsidRPr="00386DC0">
        <w:rPr>
          <w:rFonts w:ascii="Times New Roman" w:hAnsi="Times New Roman" w:cs="Times New Roman"/>
          <w:lang w:val="pt-BR"/>
        </w:rPr>
        <w:t xml:space="preserve"> Aprovado com ajustes</w:t>
      </w:r>
    </w:p>
    <w:p w14:paraId="7CF981B1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 w:rsidRPr="00386DC0">
        <w:rPr>
          <w:rFonts w:ascii="Times New Roman" w:hAnsi="Times New Roman" w:cs="Times New Roman"/>
          <w:lang w:val="pt-BR"/>
        </w:rPr>
        <w:t>( )</w:t>
      </w:r>
      <w:proofErr w:type="gramEnd"/>
      <w:r w:rsidRPr="00386DC0">
        <w:rPr>
          <w:rFonts w:ascii="Times New Roman" w:hAnsi="Times New Roman" w:cs="Times New Roman"/>
          <w:lang w:val="pt-BR"/>
        </w:rPr>
        <w:t xml:space="preserve"> Não aprovado</w:t>
      </w:r>
    </w:p>
    <w:p w14:paraId="0AF16A1A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86DC0">
        <w:rPr>
          <w:rFonts w:ascii="Times New Roman" w:hAnsi="Times New Roman" w:cs="Times New Roman"/>
        </w:rPr>
        <w:t>Observações</w:t>
      </w:r>
      <w:proofErr w:type="spellEnd"/>
      <w:r w:rsidRPr="00386DC0">
        <w:rPr>
          <w:rFonts w:ascii="Times New Roman" w:hAnsi="Times New Roman" w:cs="Times New Roman"/>
        </w:rPr>
        <w:t>:</w:t>
      </w:r>
    </w:p>
    <w:p w14:paraId="6A80123A" w14:textId="4993B9DA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483068" w14:textId="434DB1DE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71DE88" w14:textId="77777777" w:rsidR="00371FEE" w:rsidRDefault="00371FEE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6972D867" w14:textId="77777777" w:rsidR="00371FEE" w:rsidRDefault="00371FEE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75E4CED1" w14:textId="1D651418" w:rsidR="00371FEE" w:rsidRDefault="00371FEE" w:rsidP="00371FEE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__________________</w:t>
      </w:r>
      <w:r>
        <w:rPr>
          <w:rFonts w:ascii="Times New Roman" w:hAnsi="Times New Roman" w:cs="Times New Roman"/>
          <w:lang w:val="pt-BR"/>
        </w:rPr>
        <w:t>__________________________________</w:t>
      </w:r>
      <w:r w:rsidRPr="0042578B">
        <w:rPr>
          <w:rFonts w:ascii="Times New Roman" w:hAnsi="Times New Roman" w:cs="Times New Roman"/>
          <w:lang w:val="pt-BR"/>
        </w:rPr>
        <w:t>__</w:t>
      </w:r>
      <w:r>
        <w:rPr>
          <w:rFonts w:ascii="Times New Roman" w:hAnsi="Times New Roman" w:cs="Times New Roman"/>
          <w:lang w:val="pt-BR"/>
        </w:rPr>
        <w:br/>
      </w:r>
      <w:r w:rsidRPr="0042578B">
        <w:rPr>
          <w:rFonts w:ascii="Times New Roman" w:hAnsi="Times New Roman" w:cs="Times New Roman"/>
          <w:lang w:val="pt-BR"/>
        </w:rPr>
        <w:t xml:space="preserve">Assinatura do(a) </w:t>
      </w:r>
      <w:r>
        <w:rPr>
          <w:rFonts w:ascii="Times New Roman" w:hAnsi="Times New Roman" w:cs="Times New Roman"/>
          <w:lang w:val="pt-BR"/>
        </w:rPr>
        <w:t>presidente da Comissão de Seleção</w:t>
      </w:r>
      <w:r>
        <w:rPr>
          <w:rFonts w:ascii="Times New Roman" w:hAnsi="Times New Roman" w:cs="Times New Roman"/>
          <w:lang w:val="pt-BR"/>
        </w:rPr>
        <w:t xml:space="preserve"> – GOV.BR</w:t>
      </w:r>
    </w:p>
    <w:p w14:paraId="73CBE057" w14:textId="49C09EF5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6A575F" w14:textId="77777777" w:rsidR="00386DC0" w:rsidRPr="00386DC0" w:rsidRDefault="00386DC0" w:rsidP="00386DC0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>Homologação pelo Colegiado do PPGCTA</w:t>
      </w:r>
    </w:p>
    <w:p w14:paraId="07B219B5" w14:textId="77777777" w:rsidR="003D703F" w:rsidRDefault="00371FEE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71FEE">
        <w:rPr>
          <w:rFonts w:ascii="Times New Roman" w:hAnsi="Times New Roman" w:cs="Times New Roman"/>
          <w:lang w:val="pt-BR"/>
        </w:rPr>
        <w:t>Ata nº _______</w:t>
      </w:r>
      <w:r>
        <w:rPr>
          <w:rFonts w:ascii="Times New Roman" w:hAnsi="Times New Roman" w:cs="Times New Roman"/>
          <w:lang w:val="pt-BR"/>
        </w:rPr>
        <w:t>______________</w:t>
      </w:r>
      <w:r w:rsidRPr="00371FEE">
        <w:rPr>
          <w:rFonts w:ascii="Times New Roman" w:hAnsi="Times New Roman" w:cs="Times New Roman"/>
          <w:lang w:val="pt-BR"/>
        </w:rPr>
        <w:t>__</w:t>
      </w:r>
      <w:r>
        <w:rPr>
          <w:rFonts w:ascii="Times New Roman" w:hAnsi="Times New Roman" w:cs="Times New Roman"/>
          <w:lang w:val="pt-BR"/>
        </w:rPr>
        <w:t>_____</w:t>
      </w:r>
    </w:p>
    <w:p w14:paraId="53F82A97" w14:textId="431CEAC2" w:rsidR="00371FEE" w:rsidRPr="00371FEE" w:rsidRDefault="00386DC0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386DC0">
        <w:rPr>
          <w:rFonts w:ascii="Times New Roman" w:hAnsi="Times New Roman" w:cs="Times New Roman"/>
          <w:lang w:val="pt-BR"/>
        </w:rPr>
        <w:t>Data da reunião:</w:t>
      </w:r>
      <w:r w:rsidR="00371FEE" w:rsidRPr="00371FEE">
        <w:rPr>
          <w:rFonts w:ascii="Times New Roman" w:hAnsi="Times New Roman" w:cs="Times New Roman"/>
          <w:lang w:val="pt-BR"/>
        </w:rPr>
        <w:t xml:space="preserve"> ____ / ____ / ________</w:t>
      </w:r>
    </w:p>
    <w:p w14:paraId="32ED9ABB" w14:textId="77777777" w:rsidR="00371FEE" w:rsidRDefault="00371FEE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6055B85F" w14:textId="77777777" w:rsidR="00371FEE" w:rsidRDefault="00371FEE" w:rsidP="00371FEE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538EF671" w14:textId="37BBAF05" w:rsidR="00371FEE" w:rsidRDefault="00371FEE" w:rsidP="00371FEE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__________________</w:t>
      </w:r>
      <w:r>
        <w:rPr>
          <w:rFonts w:ascii="Times New Roman" w:hAnsi="Times New Roman" w:cs="Times New Roman"/>
          <w:lang w:val="pt-BR"/>
        </w:rPr>
        <w:t>__________________________________</w:t>
      </w:r>
      <w:r w:rsidRPr="0042578B">
        <w:rPr>
          <w:rFonts w:ascii="Times New Roman" w:hAnsi="Times New Roman" w:cs="Times New Roman"/>
          <w:lang w:val="pt-BR"/>
        </w:rPr>
        <w:t>__</w:t>
      </w:r>
      <w:r>
        <w:rPr>
          <w:rFonts w:ascii="Times New Roman" w:hAnsi="Times New Roman" w:cs="Times New Roman"/>
          <w:lang w:val="pt-BR"/>
        </w:rPr>
        <w:br/>
      </w:r>
      <w:r w:rsidRPr="0042578B">
        <w:rPr>
          <w:rFonts w:ascii="Times New Roman" w:hAnsi="Times New Roman" w:cs="Times New Roman"/>
          <w:lang w:val="pt-BR"/>
        </w:rPr>
        <w:t xml:space="preserve">Assinatura do(a) </w:t>
      </w:r>
      <w:r>
        <w:rPr>
          <w:rFonts w:ascii="Times New Roman" w:hAnsi="Times New Roman" w:cs="Times New Roman"/>
          <w:lang w:val="pt-BR"/>
        </w:rPr>
        <w:t>coordenador(a) do PPGCTA</w:t>
      </w:r>
      <w:r>
        <w:rPr>
          <w:rFonts w:ascii="Times New Roman" w:hAnsi="Times New Roman" w:cs="Times New Roman"/>
          <w:lang w:val="pt-BR"/>
        </w:rPr>
        <w:t xml:space="preserve"> – GOV.BR</w:t>
      </w:r>
    </w:p>
    <w:sectPr w:rsidR="00371FEE" w:rsidSect="00686D26">
      <w:pgSz w:w="11909" w:h="16834" w:code="9"/>
      <w:pgMar w:top="1008" w:right="72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C64845"/>
    <w:multiLevelType w:val="hybridMultilevel"/>
    <w:tmpl w:val="DA72CAE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762B"/>
    <w:multiLevelType w:val="multilevel"/>
    <w:tmpl w:val="3968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B38BB"/>
    <w:multiLevelType w:val="hybridMultilevel"/>
    <w:tmpl w:val="17E611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4584A"/>
    <w:multiLevelType w:val="multilevel"/>
    <w:tmpl w:val="A9A6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750691">
    <w:abstractNumId w:val="8"/>
  </w:num>
  <w:num w:numId="2" w16cid:durableId="1803381687">
    <w:abstractNumId w:val="6"/>
  </w:num>
  <w:num w:numId="3" w16cid:durableId="411239354">
    <w:abstractNumId w:val="5"/>
  </w:num>
  <w:num w:numId="4" w16cid:durableId="128976973">
    <w:abstractNumId w:val="4"/>
  </w:num>
  <w:num w:numId="5" w16cid:durableId="487750441">
    <w:abstractNumId w:val="7"/>
  </w:num>
  <w:num w:numId="6" w16cid:durableId="1950580668">
    <w:abstractNumId w:val="3"/>
  </w:num>
  <w:num w:numId="7" w16cid:durableId="1924727291">
    <w:abstractNumId w:val="2"/>
  </w:num>
  <w:num w:numId="8" w16cid:durableId="823006779">
    <w:abstractNumId w:val="1"/>
  </w:num>
  <w:num w:numId="9" w16cid:durableId="175271569">
    <w:abstractNumId w:val="0"/>
  </w:num>
  <w:num w:numId="10" w16cid:durableId="467010713">
    <w:abstractNumId w:val="9"/>
  </w:num>
  <w:num w:numId="11" w16cid:durableId="843280300">
    <w:abstractNumId w:val="11"/>
  </w:num>
  <w:num w:numId="12" w16cid:durableId="1035547436">
    <w:abstractNumId w:val="12"/>
  </w:num>
  <w:num w:numId="13" w16cid:durableId="12694331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911"/>
    <w:rsid w:val="00012414"/>
    <w:rsid w:val="00034616"/>
    <w:rsid w:val="0006063C"/>
    <w:rsid w:val="000C7A53"/>
    <w:rsid w:val="0011245E"/>
    <w:rsid w:val="0015074B"/>
    <w:rsid w:val="001775AF"/>
    <w:rsid w:val="002343E4"/>
    <w:rsid w:val="0029639D"/>
    <w:rsid w:val="002C705C"/>
    <w:rsid w:val="002F2236"/>
    <w:rsid w:val="00326F90"/>
    <w:rsid w:val="00371FEE"/>
    <w:rsid w:val="00386DC0"/>
    <w:rsid w:val="003D55DD"/>
    <w:rsid w:val="003D703F"/>
    <w:rsid w:val="003F1D92"/>
    <w:rsid w:val="003F5AE7"/>
    <w:rsid w:val="00581308"/>
    <w:rsid w:val="005B32BE"/>
    <w:rsid w:val="00600C23"/>
    <w:rsid w:val="006624B6"/>
    <w:rsid w:val="00675EE9"/>
    <w:rsid w:val="00686D26"/>
    <w:rsid w:val="006A6777"/>
    <w:rsid w:val="006B52B0"/>
    <w:rsid w:val="006D0714"/>
    <w:rsid w:val="0082024E"/>
    <w:rsid w:val="008801B4"/>
    <w:rsid w:val="008B0B27"/>
    <w:rsid w:val="009528E7"/>
    <w:rsid w:val="009536C8"/>
    <w:rsid w:val="009C1B39"/>
    <w:rsid w:val="009D208B"/>
    <w:rsid w:val="009F27B3"/>
    <w:rsid w:val="009F394C"/>
    <w:rsid w:val="009F65F5"/>
    <w:rsid w:val="00A36B82"/>
    <w:rsid w:val="00A614CC"/>
    <w:rsid w:val="00AA1D8D"/>
    <w:rsid w:val="00B47730"/>
    <w:rsid w:val="00B942B3"/>
    <w:rsid w:val="00BE2174"/>
    <w:rsid w:val="00BF135B"/>
    <w:rsid w:val="00C365FA"/>
    <w:rsid w:val="00C53EA6"/>
    <w:rsid w:val="00C62F5B"/>
    <w:rsid w:val="00CB0664"/>
    <w:rsid w:val="00CD5A83"/>
    <w:rsid w:val="00D25067"/>
    <w:rsid w:val="00D274A1"/>
    <w:rsid w:val="00E063EC"/>
    <w:rsid w:val="00E90037"/>
    <w:rsid w:val="00ED6230"/>
    <w:rsid w:val="00F023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C67924"/>
  <w14:defaultImageDpi w14:val="300"/>
  <w15:docId w15:val="{38AE5F42-0EE0-4E79-8916-7E8E18EF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2C70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C705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C70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Renius Mello</cp:lastModifiedBy>
  <cp:revision>3</cp:revision>
  <dcterms:created xsi:type="dcterms:W3CDTF">2026-07-29T15:06:00Z</dcterms:created>
  <dcterms:modified xsi:type="dcterms:W3CDTF">2026-07-29T15:06:00Z</dcterms:modified>
  <cp:category/>
</cp:coreProperties>
</file>